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6B1E" w14:textId="77777777" w:rsidR="00C73E11" w:rsidRPr="00CE467A" w:rsidRDefault="00E45908">
      <w:pPr>
        <w:spacing w:before="80" w:after="20"/>
        <w:jc w:val="center"/>
        <w:rPr>
          <w:lang w:val="es-ES"/>
        </w:rPr>
      </w:pPr>
      <w:r w:rsidRPr="00CE467A">
        <w:rPr>
          <w:sz w:val="28"/>
          <w:lang w:val="es-ES"/>
        </w:rPr>
        <w:t>❦</w:t>
      </w:r>
    </w:p>
    <w:p w14:paraId="04236453" w14:textId="77777777" w:rsidR="00C73E11" w:rsidRPr="00CE467A" w:rsidRDefault="00E45908">
      <w:pPr>
        <w:spacing w:after="60"/>
        <w:jc w:val="center"/>
        <w:rPr>
          <w:lang w:val="es-ES"/>
        </w:rPr>
      </w:pPr>
      <w:r w:rsidRPr="00CE467A">
        <w:rPr>
          <w:b/>
          <w:sz w:val="36"/>
          <w:lang w:val="es-ES"/>
        </w:rPr>
        <w:t>DECLARACIÓN DE ADHESIÓN</w:t>
      </w:r>
    </w:p>
    <w:p w14:paraId="5CCC7288" w14:textId="020A84D6" w:rsidR="00C73E11" w:rsidRPr="00CE467A" w:rsidRDefault="001938CA">
      <w:pPr>
        <w:spacing w:after="40"/>
        <w:jc w:val="center"/>
        <w:rPr>
          <w:lang w:val="es-ES"/>
        </w:rPr>
      </w:pPr>
      <w:r w:rsidRPr="00CE467A">
        <w:rPr>
          <w:lang w:val="es-ES"/>
        </w:rPr>
        <w:t>a</w:t>
      </w:r>
      <w:r w:rsidR="00E45908" w:rsidRPr="00CE467A">
        <w:rPr>
          <w:lang w:val="es-ES"/>
        </w:rPr>
        <w:t xml:space="preserve"> la </w:t>
      </w:r>
      <w:r w:rsidR="00E45908" w:rsidRPr="00CE467A">
        <w:rPr>
          <w:b/>
          <w:lang w:val="es-ES"/>
        </w:rPr>
        <w:t>CONVOCATORIA</w:t>
      </w:r>
    </w:p>
    <w:p w14:paraId="2A52B5F5" w14:textId="77777777" w:rsidR="00C73E11" w:rsidRPr="001938CA" w:rsidRDefault="00E45908">
      <w:pPr>
        <w:spacing w:after="40"/>
        <w:jc w:val="center"/>
        <w:rPr>
          <w:lang w:val="es-ES"/>
        </w:rPr>
      </w:pPr>
      <w:r w:rsidRPr="001938CA">
        <w:rPr>
          <w:b/>
          <w:sz w:val="24"/>
          <w:lang w:val="es-ES"/>
        </w:rPr>
        <w:t>de una Conferencia Mundial de Reconciliación, Paz y Desarme</w:t>
      </w:r>
    </w:p>
    <w:p w14:paraId="421B36B8" w14:textId="77777777" w:rsidR="00C73E11" w:rsidRPr="001938CA" w:rsidRDefault="00E45908">
      <w:pPr>
        <w:spacing w:after="80"/>
        <w:jc w:val="center"/>
        <w:rPr>
          <w:lang w:val="es-ES"/>
        </w:rPr>
      </w:pPr>
      <w:r w:rsidRPr="001938CA">
        <w:rPr>
          <w:lang w:val="es-ES"/>
        </w:rPr>
        <w:t>30 de mayo de 2027</w:t>
      </w:r>
    </w:p>
    <w:p w14:paraId="290F0BF5" w14:textId="77777777" w:rsidR="00C73E11" w:rsidRPr="001938CA" w:rsidRDefault="00E45908">
      <w:pPr>
        <w:spacing w:after="180"/>
        <w:jc w:val="center"/>
        <w:rPr>
          <w:lang w:val="es-ES"/>
        </w:rPr>
      </w:pPr>
      <w:r w:rsidRPr="001938CA">
        <w:rPr>
          <w:sz w:val="20"/>
          <w:lang w:val="es-ES"/>
        </w:rPr>
        <w:t>—  ❦  —</w:t>
      </w:r>
    </w:p>
    <w:p w14:paraId="4CE32E94" w14:textId="77777777" w:rsidR="00120496" w:rsidRDefault="00120496" w:rsidP="00120496">
      <w:pPr>
        <w:pStyle w:val="isselectedend"/>
        <w:jc w:val="center"/>
      </w:pPr>
      <w:r>
        <w:t>Reconocemos que el arma, al tener el propósito de daño, causa en nosotros una oposición radical de intereses que no nos deja otra opción que la toma de decisiones por imposición violenta, pues nos condiciona a todos a desarrollarla tanto como nos sea posible y a impedírselo a los otros, subordinando otras cuestiones a ese objetivo, del que resulta que nuestra cooperación sea realmente contra terceros.</w:t>
      </w:r>
    </w:p>
    <w:p w14:paraId="427EBF54" w14:textId="77777777" w:rsidR="00120496" w:rsidRDefault="00120496" w:rsidP="00120496">
      <w:pPr>
        <w:pStyle w:val="isselectedend"/>
        <w:jc w:val="center"/>
      </w:pPr>
      <w:r>
        <w:t>Y, peor aún, aunque nadie desea la destrucción mutua o la guerra, ciertas diferencias solo pueden resolverse en último término cuando una parte desarma a la otra, dejándola a su merced —desarmar al otro es el objetivo genuino de la guerra.</w:t>
      </w:r>
    </w:p>
    <w:p w14:paraId="137ED202" w14:textId="77777777" w:rsidR="00120496" w:rsidRDefault="00120496" w:rsidP="00120496">
      <w:pPr>
        <w:pStyle w:val="isselectedend"/>
        <w:jc w:val="center"/>
      </w:pPr>
      <w:r>
        <w:t>Por tanto, la paz consiste en superar esta relación mediante un acuerdo de desarme universal y verificable que recicle y transforme los medios para el daño en útiles para el bienestar y desarrollo humano. Algo que solo en nuestro tiempo podemos abordar, pues el desarme unilateral, como necesariamente hubiera sido en el pasado, solo resulta en vulnerabilidad;</w:t>
      </w:r>
    </w:p>
    <w:p w14:paraId="034B5E10" w14:textId="77777777" w:rsidR="00120496" w:rsidRDefault="00120496" w:rsidP="00120496">
      <w:pPr>
        <w:pStyle w:val="NormalWeb"/>
        <w:jc w:val="center"/>
      </w:pPr>
      <w:r>
        <w:rPr>
          <w:rStyle w:val="Fuerte"/>
        </w:rPr>
        <w:t>DECLARAMOS nuestra adhesión a la Convocatoria a una Conferencia Mundial de Reconciliación, Paz y Desarme para cuya celebración se suspendan universalmente el uso y el desarrollo del arma, pues pretender la paz y el daño es contradictorio, incluso absurdo.</w:t>
      </w:r>
    </w:p>
    <w:p w14:paraId="2964B0F6" w14:textId="77777777" w:rsidR="009B5D8D" w:rsidRPr="001938CA" w:rsidRDefault="009B5D8D" w:rsidP="009B5D8D">
      <w:pPr>
        <w:spacing w:after="180"/>
        <w:jc w:val="center"/>
        <w:rPr>
          <w:lang w:val="es-ES"/>
        </w:rPr>
      </w:pPr>
      <w:r w:rsidRPr="001938CA">
        <w:rPr>
          <w:sz w:val="20"/>
          <w:lang w:val="es-ES"/>
        </w:rPr>
        <w:t>—  ❦  —</w:t>
      </w:r>
    </w:p>
    <w:p w14:paraId="6CDDCE6C" w14:textId="019D4154" w:rsidR="00C73E11" w:rsidRPr="001938CA" w:rsidRDefault="00C73E11" w:rsidP="009B5D8D">
      <w:pPr>
        <w:spacing w:after="120"/>
        <w:rPr>
          <w:lang w:val="es-ES"/>
        </w:rPr>
      </w:pPr>
    </w:p>
    <w:p w14:paraId="144505F7" w14:textId="3A5707E9" w:rsidR="00C73E11" w:rsidRPr="00CE467A" w:rsidRDefault="00E45908">
      <w:pPr>
        <w:ind w:left="680" w:right="680"/>
        <w:rPr>
          <w:lang w:val="es-ES"/>
        </w:rPr>
      </w:pPr>
      <w:r w:rsidRPr="00CE467A">
        <w:rPr>
          <w:b/>
          <w:lang w:val="es-ES"/>
        </w:rPr>
        <w:t>La entidad</w:t>
      </w:r>
      <w:r w:rsidR="00FA6C58">
        <w:rPr>
          <w:b/>
          <w:lang w:val="es-ES"/>
        </w:rPr>
        <w:t>:</w:t>
      </w:r>
    </w:p>
    <w:p w14:paraId="37028A9B" w14:textId="77777777" w:rsidR="00C73E11" w:rsidRPr="001938CA" w:rsidRDefault="00E45908">
      <w:pPr>
        <w:spacing w:after="100"/>
        <w:ind w:left="680" w:right="680"/>
        <w:rPr>
          <w:lang w:val="es-ES"/>
        </w:rPr>
      </w:pPr>
      <w:r w:rsidRPr="001938CA">
        <w:rPr>
          <w:sz w:val="21"/>
          <w:lang w:val="es-ES"/>
        </w:rPr>
        <w:t>........................................................................................................................</w:t>
      </w:r>
    </w:p>
    <w:p w14:paraId="778C26C9" w14:textId="3A75B553" w:rsidR="00C73E11" w:rsidRPr="001938CA" w:rsidRDefault="00E45908">
      <w:pPr>
        <w:spacing w:after="180"/>
        <w:jc w:val="center"/>
        <w:rPr>
          <w:lang w:val="es-ES"/>
        </w:rPr>
      </w:pPr>
      <w:r w:rsidRPr="001938CA">
        <w:rPr>
          <w:b/>
          <w:lang w:val="es-ES"/>
        </w:rPr>
        <w:t>se adhiere a la CONVOCATORIA</w:t>
      </w:r>
    </w:p>
    <w:p w14:paraId="56B8DBFD" w14:textId="37D737A8" w:rsidR="00C73E11" w:rsidRPr="00CE467A" w:rsidRDefault="00E45908">
      <w:pPr>
        <w:ind w:left="680" w:right="680"/>
        <w:rPr>
          <w:lang w:val="es-ES"/>
        </w:rPr>
      </w:pPr>
      <w:r w:rsidRPr="00CE467A">
        <w:rPr>
          <w:b/>
          <w:lang w:val="es-ES"/>
        </w:rPr>
        <w:t>Nombre y cargo de quien firma</w:t>
      </w:r>
      <w:r w:rsidR="00FA6C58">
        <w:rPr>
          <w:b/>
          <w:lang w:val="es-ES"/>
        </w:rPr>
        <w:t>:</w:t>
      </w:r>
    </w:p>
    <w:p w14:paraId="0CDC5334" w14:textId="77777777" w:rsidR="00C73E11" w:rsidRPr="001938CA" w:rsidRDefault="00E45908">
      <w:pPr>
        <w:spacing w:after="100"/>
        <w:ind w:left="680" w:right="680"/>
        <w:rPr>
          <w:lang w:val="es-ES"/>
        </w:rPr>
      </w:pPr>
      <w:r w:rsidRPr="001938CA">
        <w:rPr>
          <w:sz w:val="20"/>
          <w:lang w:val="es-ES"/>
        </w:rPr>
        <w:t>........................................................................................................................</w:t>
      </w:r>
    </w:p>
    <w:p w14:paraId="7B70A0A5" w14:textId="567F02D8" w:rsidR="00C73E11" w:rsidRPr="00CE467A" w:rsidRDefault="00E45908">
      <w:pPr>
        <w:ind w:left="680" w:right="680"/>
        <w:rPr>
          <w:lang w:val="es-ES"/>
        </w:rPr>
      </w:pPr>
      <w:r w:rsidRPr="00CE467A">
        <w:rPr>
          <w:b/>
          <w:lang w:val="es-ES"/>
        </w:rPr>
        <w:t>Lugar y fecha</w:t>
      </w:r>
      <w:r w:rsidR="00FA6C58">
        <w:rPr>
          <w:b/>
          <w:lang w:val="es-ES"/>
        </w:rPr>
        <w:t>:</w:t>
      </w:r>
    </w:p>
    <w:p w14:paraId="2ACFC0F8" w14:textId="77777777" w:rsidR="00C73E11" w:rsidRPr="001938CA" w:rsidRDefault="00E45908">
      <w:pPr>
        <w:spacing w:after="100"/>
        <w:ind w:left="680" w:right="680"/>
        <w:rPr>
          <w:lang w:val="es-ES"/>
        </w:rPr>
      </w:pPr>
      <w:r w:rsidRPr="001938CA">
        <w:rPr>
          <w:sz w:val="20"/>
          <w:lang w:val="es-ES"/>
        </w:rPr>
        <w:t>........................................................................................................................</w:t>
      </w:r>
    </w:p>
    <w:p w14:paraId="7F2ABAA3" w14:textId="77777777" w:rsidR="00C73E11" w:rsidRPr="00FA6C58" w:rsidRDefault="00E45908">
      <w:pPr>
        <w:ind w:left="680"/>
        <w:rPr>
          <w:lang w:val="es-ES"/>
        </w:rPr>
      </w:pPr>
      <w:r w:rsidRPr="00FA6C58">
        <w:rPr>
          <w:b/>
          <w:lang w:val="es-ES"/>
        </w:rPr>
        <w:t>Firma:</w:t>
      </w:r>
    </w:p>
    <w:p w14:paraId="25470989" w14:textId="4EB6A207" w:rsidR="00C73E11" w:rsidRPr="001938CA" w:rsidRDefault="00C73E11">
      <w:pPr>
        <w:spacing w:after="160"/>
        <w:rPr>
          <w:lang w:val="es-ES"/>
        </w:rPr>
      </w:pPr>
    </w:p>
    <w:p w14:paraId="31458C3C" w14:textId="77777777" w:rsidR="00C73E11" w:rsidRPr="001938CA" w:rsidRDefault="00E45908">
      <w:pPr>
        <w:ind w:left="510" w:right="510"/>
        <w:jc w:val="both"/>
        <w:rPr>
          <w:lang w:val="es-ES"/>
        </w:rPr>
      </w:pPr>
      <w:r w:rsidRPr="001938CA">
        <w:rPr>
          <w:i/>
          <w:sz w:val="16"/>
          <w:lang w:val="es-ES"/>
        </w:rPr>
        <w:t>Esta adhesión forma parte de la iniciativa para promover la convocatoria de una Conferencia Mundial de Reconciliación, Paz y Desarme el 30 de mayo de 2027. Una vez firmada, rogamos remitirla a info@human-unity.org para reunir las adhesiones que acompañarán la presentación de la Convocatoria ante los Estados y las Naciones Unidas.</w:t>
      </w:r>
    </w:p>
    <w:p w14:paraId="5421ADDE" w14:textId="77777777" w:rsidR="00C73E11" w:rsidRDefault="00E45908">
      <w:pPr>
        <w:spacing w:after="20"/>
        <w:jc w:val="center"/>
      </w:pPr>
      <w:r>
        <w:rPr>
          <w:sz w:val="16"/>
        </w:rPr>
        <w:t>────────────   www.human-unity.org   ────────────</w:t>
      </w:r>
    </w:p>
    <w:sectPr w:rsidR="00C73E11" w:rsidSect="00034616">
      <w:pgSz w:w="12240" w:h="15840"/>
      <w:pgMar w:top="964" w:right="1191" w:bottom="850" w:left="1191" w:header="720" w:footer="720" w:gutter="0"/>
      <w:pgBorders w:offsetFrom="page">
        <w:top w:val="double" w:sz="8" w:space="18" w:color="777777"/>
        <w:left w:val="double" w:sz="8" w:space="18" w:color="777777"/>
        <w:bottom w:val="double" w:sz="8" w:space="18" w:color="777777"/>
        <w:right w:val="double" w:sz="8" w:space="18" w:color="777777"/>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03136070">
    <w:abstractNumId w:val="8"/>
  </w:num>
  <w:num w:numId="2" w16cid:durableId="1666516119">
    <w:abstractNumId w:val="6"/>
  </w:num>
  <w:num w:numId="3" w16cid:durableId="454300639">
    <w:abstractNumId w:val="5"/>
  </w:num>
  <w:num w:numId="4" w16cid:durableId="976451061">
    <w:abstractNumId w:val="4"/>
  </w:num>
  <w:num w:numId="5" w16cid:durableId="311642741">
    <w:abstractNumId w:val="7"/>
  </w:num>
  <w:num w:numId="6" w16cid:durableId="532691091">
    <w:abstractNumId w:val="3"/>
  </w:num>
  <w:num w:numId="7" w16cid:durableId="248201021">
    <w:abstractNumId w:val="2"/>
  </w:num>
  <w:num w:numId="8" w16cid:durableId="813722907">
    <w:abstractNumId w:val="1"/>
  </w:num>
  <w:num w:numId="9" w16cid:durableId="62130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531"/>
    <w:rsid w:val="00034616"/>
    <w:rsid w:val="000441B9"/>
    <w:rsid w:val="00051B25"/>
    <w:rsid w:val="0006063C"/>
    <w:rsid w:val="000A6ED6"/>
    <w:rsid w:val="000B1F9E"/>
    <w:rsid w:val="000D0EBE"/>
    <w:rsid w:val="00120496"/>
    <w:rsid w:val="001255B4"/>
    <w:rsid w:val="0015074B"/>
    <w:rsid w:val="00177984"/>
    <w:rsid w:val="001938CA"/>
    <w:rsid w:val="001A06EA"/>
    <w:rsid w:val="001A484A"/>
    <w:rsid w:val="001B078D"/>
    <w:rsid w:val="001D4C6E"/>
    <w:rsid w:val="001E54E7"/>
    <w:rsid w:val="00217682"/>
    <w:rsid w:val="00253979"/>
    <w:rsid w:val="0029639D"/>
    <w:rsid w:val="002F4CDA"/>
    <w:rsid w:val="002F60DE"/>
    <w:rsid w:val="00326F90"/>
    <w:rsid w:val="00377FC5"/>
    <w:rsid w:val="00413B08"/>
    <w:rsid w:val="00465A67"/>
    <w:rsid w:val="00486E6C"/>
    <w:rsid w:val="004C0627"/>
    <w:rsid w:val="004F5D62"/>
    <w:rsid w:val="00513C6A"/>
    <w:rsid w:val="00520A56"/>
    <w:rsid w:val="00544D8A"/>
    <w:rsid w:val="00550430"/>
    <w:rsid w:val="005663F5"/>
    <w:rsid w:val="005D0F48"/>
    <w:rsid w:val="005F2380"/>
    <w:rsid w:val="00617EE3"/>
    <w:rsid w:val="00690B88"/>
    <w:rsid w:val="006925AB"/>
    <w:rsid w:val="006A5BF4"/>
    <w:rsid w:val="007552A6"/>
    <w:rsid w:val="0076324B"/>
    <w:rsid w:val="00763D74"/>
    <w:rsid w:val="00766833"/>
    <w:rsid w:val="00787608"/>
    <w:rsid w:val="007A0563"/>
    <w:rsid w:val="007B62DE"/>
    <w:rsid w:val="008045D6"/>
    <w:rsid w:val="008203E2"/>
    <w:rsid w:val="00855B1C"/>
    <w:rsid w:val="008679CB"/>
    <w:rsid w:val="00887DFC"/>
    <w:rsid w:val="00893DFD"/>
    <w:rsid w:val="00895E5A"/>
    <w:rsid w:val="008A3999"/>
    <w:rsid w:val="008F7D43"/>
    <w:rsid w:val="00901210"/>
    <w:rsid w:val="00954C2F"/>
    <w:rsid w:val="00960E78"/>
    <w:rsid w:val="0096306C"/>
    <w:rsid w:val="00964442"/>
    <w:rsid w:val="00964CD9"/>
    <w:rsid w:val="00971CE0"/>
    <w:rsid w:val="00972849"/>
    <w:rsid w:val="009B5D8D"/>
    <w:rsid w:val="009D3B65"/>
    <w:rsid w:val="00A40F8A"/>
    <w:rsid w:val="00A428B0"/>
    <w:rsid w:val="00A7120B"/>
    <w:rsid w:val="00A729FD"/>
    <w:rsid w:val="00A9085B"/>
    <w:rsid w:val="00AA1D8D"/>
    <w:rsid w:val="00AA4BA8"/>
    <w:rsid w:val="00AA574C"/>
    <w:rsid w:val="00AE1C5E"/>
    <w:rsid w:val="00AE5172"/>
    <w:rsid w:val="00B2741C"/>
    <w:rsid w:val="00B45572"/>
    <w:rsid w:val="00B47730"/>
    <w:rsid w:val="00B97EE4"/>
    <w:rsid w:val="00BE1398"/>
    <w:rsid w:val="00BE2C4D"/>
    <w:rsid w:val="00C360DD"/>
    <w:rsid w:val="00C3699E"/>
    <w:rsid w:val="00C62A82"/>
    <w:rsid w:val="00C73E11"/>
    <w:rsid w:val="00CB0664"/>
    <w:rsid w:val="00CE467A"/>
    <w:rsid w:val="00CF774F"/>
    <w:rsid w:val="00D07B92"/>
    <w:rsid w:val="00D163C5"/>
    <w:rsid w:val="00D20E8C"/>
    <w:rsid w:val="00D27EC0"/>
    <w:rsid w:val="00D7647E"/>
    <w:rsid w:val="00DB3564"/>
    <w:rsid w:val="00DB45C4"/>
    <w:rsid w:val="00DD2943"/>
    <w:rsid w:val="00DD5001"/>
    <w:rsid w:val="00DE601F"/>
    <w:rsid w:val="00DE7B08"/>
    <w:rsid w:val="00E11422"/>
    <w:rsid w:val="00E2626A"/>
    <w:rsid w:val="00E43C83"/>
    <w:rsid w:val="00E45908"/>
    <w:rsid w:val="00E50950"/>
    <w:rsid w:val="00E80D65"/>
    <w:rsid w:val="00E95238"/>
    <w:rsid w:val="00EA50BF"/>
    <w:rsid w:val="00EA526C"/>
    <w:rsid w:val="00EA677D"/>
    <w:rsid w:val="00EC2863"/>
    <w:rsid w:val="00ED1325"/>
    <w:rsid w:val="00ED5D99"/>
    <w:rsid w:val="00EE2E37"/>
    <w:rsid w:val="00F072D3"/>
    <w:rsid w:val="00F22ADD"/>
    <w:rsid w:val="00F272E3"/>
    <w:rsid w:val="00F32D88"/>
    <w:rsid w:val="00F34F04"/>
    <w:rsid w:val="00F6234F"/>
    <w:rsid w:val="00F85298"/>
    <w:rsid w:val="00F951A0"/>
    <w:rsid w:val="00FA6C58"/>
    <w:rsid w:val="00FB2684"/>
    <w:rsid w:val="00FB76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DC45B"/>
  <w14:defaultImageDpi w14:val="300"/>
  <w15:docId w15:val="{73A8DD93-7517-4887-9BCA-78EE3B48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120496"/>
    <w:pPr>
      <w:spacing w:before="100" w:beforeAutospacing="1" w:after="100" w:afterAutospacing="1" w:line="240" w:lineRule="auto"/>
    </w:pPr>
    <w:rPr>
      <w:rFonts w:ascii="Times New Roman" w:eastAsia="Times New Roman" w:hAnsi="Times New Roman" w:cs="Times New Roman"/>
      <w:sz w:val="24"/>
      <w:szCs w:val="24"/>
      <w:lang w:val="es-ES" w:eastAsia="zh-CN"/>
    </w:rPr>
  </w:style>
  <w:style w:type="paragraph" w:styleId="NormalWeb">
    <w:name w:val="Normal (Web)"/>
    <w:basedOn w:val="Normal"/>
    <w:uiPriority w:val="99"/>
    <w:semiHidden/>
    <w:unhideWhenUsed/>
    <w:rsid w:val="00120496"/>
    <w:pPr>
      <w:spacing w:before="100" w:beforeAutospacing="1" w:after="100" w:afterAutospacing="1" w:line="240" w:lineRule="auto"/>
    </w:pPr>
    <w:rPr>
      <w:rFonts w:ascii="Times New Roman" w:eastAsia="Times New Roman" w:hAnsi="Times New Roman" w:cs="Times New Roman"/>
      <w:sz w:val="24"/>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344</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Manuel Herranz Martín</cp:lastModifiedBy>
  <cp:revision>2</cp:revision>
  <dcterms:created xsi:type="dcterms:W3CDTF">2026-09-23T08:28:00Z</dcterms:created>
  <dcterms:modified xsi:type="dcterms:W3CDTF">2026-09-23T08:28:00Z</dcterms:modified>
  <cp:category/>
</cp:coreProperties>
</file>