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9D6B1E" w14:textId="77777777" w:rsidR="00C73E11" w:rsidRPr="006F0283" w:rsidRDefault="00E45908">
      <w:pPr>
        <w:spacing w:before="80" w:after="20"/>
        <w:jc w:val="center"/>
        <w:rPr>
          <w:lang w:val="fr-BE"/>
        </w:rPr>
      </w:pPr>
      <w:r w:rsidRPr="006F0283">
        <w:rPr>
          <w:sz w:val="28"/>
          <w:lang w:val="fr-BE"/>
        </w:rPr>
        <w:t>❦</w:t>
      </w:r>
    </w:p>
    <w:p w14:paraId="35340EFE" w14:textId="77777777" w:rsidR="006E73BC" w:rsidRPr="00B46973" w:rsidRDefault="006E73BC">
      <w:pPr>
        <w:spacing w:after="40"/>
        <w:jc w:val="center"/>
        <w:rPr>
          <w:b/>
          <w:sz w:val="36"/>
          <w:lang w:val="fr-BE"/>
        </w:rPr>
      </w:pPr>
      <w:r w:rsidRPr="00B46973">
        <w:rPr>
          <w:b/>
          <w:sz w:val="36"/>
          <w:lang w:val="fr-BE"/>
        </w:rPr>
        <w:t>DÉCLARATION D'ADHÉSION</w:t>
      </w:r>
    </w:p>
    <w:p w14:paraId="34822346" w14:textId="77777777" w:rsidR="003C3347" w:rsidRPr="00B46973" w:rsidRDefault="003C3347">
      <w:pPr>
        <w:spacing w:after="80"/>
        <w:jc w:val="center"/>
        <w:rPr>
          <w:lang w:val="fr-BE"/>
        </w:rPr>
      </w:pPr>
      <w:r w:rsidRPr="00B46973">
        <w:rPr>
          <w:lang w:val="fr-BE"/>
        </w:rPr>
        <w:t>à l'APPEL</w:t>
      </w:r>
    </w:p>
    <w:p w14:paraId="32FEB57F" w14:textId="5EDEAABC" w:rsidR="00B46973" w:rsidRDefault="00F222F5">
      <w:pPr>
        <w:spacing w:after="180"/>
        <w:jc w:val="center"/>
        <w:rPr>
          <w:b/>
          <w:sz w:val="24"/>
          <w:lang w:val="fr-BE"/>
        </w:rPr>
      </w:pPr>
      <w:r>
        <w:rPr>
          <w:b/>
          <w:sz w:val="24"/>
          <w:lang w:val="fr-BE"/>
        </w:rPr>
        <w:t>d’</w:t>
      </w:r>
      <w:r w:rsidR="00B46973" w:rsidRPr="00B46973">
        <w:rPr>
          <w:b/>
          <w:sz w:val="24"/>
          <w:lang w:val="fr-BE"/>
        </w:rPr>
        <w:t xml:space="preserve">une Conférence mondiale </w:t>
      </w:r>
      <w:r>
        <w:rPr>
          <w:b/>
          <w:sz w:val="24"/>
          <w:lang w:val="fr-BE"/>
        </w:rPr>
        <w:t>de</w:t>
      </w:r>
      <w:r w:rsidR="00B46973" w:rsidRPr="00B46973">
        <w:rPr>
          <w:b/>
          <w:sz w:val="24"/>
          <w:lang w:val="fr-BE"/>
        </w:rPr>
        <w:t xml:space="preserve"> Réconciliation, </w:t>
      </w:r>
      <w:r w:rsidR="00FD3FC8">
        <w:rPr>
          <w:b/>
          <w:sz w:val="24"/>
          <w:lang w:val="fr-BE"/>
        </w:rPr>
        <w:t>de</w:t>
      </w:r>
      <w:r w:rsidR="00B46973" w:rsidRPr="00B46973">
        <w:rPr>
          <w:b/>
          <w:sz w:val="24"/>
          <w:lang w:val="fr-BE"/>
        </w:rPr>
        <w:t xml:space="preserve"> Paix et </w:t>
      </w:r>
      <w:r w:rsidR="00FD3FC8">
        <w:rPr>
          <w:b/>
          <w:sz w:val="24"/>
          <w:lang w:val="fr-BE"/>
        </w:rPr>
        <w:t>de</w:t>
      </w:r>
      <w:r w:rsidR="00B46973" w:rsidRPr="00B46973">
        <w:rPr>
          <w:b/>
          <w:sz w:val="24"/>
          <w:lang w:val="fr-BE"/>
        </w:rPr>
        <w:t xml:space="preserve"> Désarmement</w:t>
      </w:r>
    </w:p>
    <w:p w14:paraId="6E7945CE" w14:textId="77777777" w:rsidR="00BE0874" w:rsidRDefault="00BE0874">
      <w:pPr>
        <w:spacing w:after="180"/>
        <w:jc w:val="center"/>
        <w:rPr>
          <w:lang w:val="fr-BE"/>
        </w:rPr>
      </w:pPr>
      <w:r w:rsidRPr="00BE0874">
        <w:rPr>
          <w:lang w:val="fr-BE"/>
        </w:rPr>
        <w:t>30 mai 2027</w:t>
      </w:r>
    </w:p>
    <w:p w14:paraId="290F0BF5" w14:textId="101AC80D" w:rsidR="00C73E11" w:rsidRPr="00381DF3" w:rsidRDefault="00E45908">
      <w:pPr>
        <w:spacing w:after="180"/>
        <w:jc w:val="center"/>
        <w:rPr>
          <w:lang w:val="fr-BE"/>
        </w:rPr>
      </w:pPr>
      <w:r w:rsidRPr="00381DF3">
        <w:rPr>
          <w:sz w:val="20"/>
          <w:lang w:val="fr-BE"/>
        </w:rPr>
        <w:t>—  ❦  —</w:t>
      </w:r>
    </w:p>
    <w:p w14:paraId="48402488" w14:textId="77777777" w:rsidR="00381DF3" w:rsidRPr="00381DF3" w:rsidRDefault="00381DF3" w:rsidP="00381DF3">
      <w:pPr>
        <w:spacing w:after="120"/>
        <w:rPr>
          <w:sz w:val="21"/>
          <w:lang w:val="fr-BE"/>
        </w:rPr>
      </w:pPr>
      <w:r w:rsidRPr="00381DF3">
        <w:rPr>
          <w:sz w:val="21"/>
          <w:lang w:val="fr-BE"/>
        </w:rPr>
        <w:t>Reconnaissant que la simple existence de l'arme, en tant qu'objet et organisation dont la finalité est de nuire, est inévitablement la cause de la discorde et de la guerre entre les êtres humains parce qu'elle établit la subordination d'une volonté à une autre comme forme de relation, tout en imposant à chaque partie la nécessité d'accroître sa capacité de nuire en développant l'arme et en empêchant les autres, y compris par la guerre, d'en faire autant.</w:t>
      </w:r>
    </w:p>
    <w:p w14:paraId="5FC65025" w14:textId="77777777" w:rsidR="00381DF3" w:rsidRPr="00381DF3" w:rsidRDefault="00381DF3" w:rsidP="00381DF3">
      <w:pPr>
        <w:spacing w:after="120"/>
        <w:rPr>
          <w:sz w:val="21"/>
          <w:lang w:val="fr-BE"/>
        </w:rPr>
      </w:pPr>
      <w:r w:rsidRPr="00381DF3">
        <w:rPr>
          <w:sz w:val="21"/>
          <w:lang w:val="fr-BE"/>
        </w:rPr>
        <w:t>Et comprenant que, bien que notre désir et notre intérêt soient la paix, toute tentative de nous libérer de cette relation qui ne soit pas universelle ne peut que causer de la vulnérabilité, tandis que la participation de tous permet de remplacer la violence réciproque de l'arme, à laquelle tout est subordonné, par le bien commun.</w:t>
      </w:r>
    </w:p>
    <w:p w14:paraId="55FD7401" w14:textId="28FA798A" w:rsidR="00381DF3" w:rsidRPr="00381DF3" w:rsidRDefault="00381DF3" w:rsidP="00381DF3">
      <w:pPr>
        <w:spacing w:after="120"/>
        <w:rPr>
          <w:sz w:val="21"/>
          <w:lang w:val="fr-BE"/>
        </w:rPr>
      </w:pPr>
      <w:r w:rsidRPr="00381DF3">
        <w:rPr>
          <w:sz w:val="21"/>
          <w:lang w:val="fr-BE"/>
        </w:rPr>
        <w:t>La compréhension du fait qu'il était impossible</w:t>
      </w:r>
      <w:r w:rsidR="00AC5075">
        <w:rPr>
          <w:sz w:val="21"/>
          <w:lang w:val="fr-BE"/>
        </w:rPr>
        <w:t xml:space="preserve"> </w:t>
      </w:r>
      <w:r w:rsidRPr="00381DF3">
        <w:rPr>
          <w:sz w:val="21"/>
          <w:lang w:val="fr-BE"/>
        </w:rPr>
        <w:t>dans le passé d'aborder universellement cette condition et, par conséquent, de la surmonter nous invite aujourd'hui au pardon mutuel. Et aujourd'hui, nous pouvons nous convoquer universellement à la réconciliation — la reconnaissance de notre humanité commune et de notre interdépendance incontournable — d'où naissent la volonté commune et l'action universelle, concertée, simultanée et vérifiable de désarmement.</w:t>
      </w:r>
    </w:p>
    <w:p w14:paraId="3BED2786" w14:textId="6486C910" w:rsidR="00381DF3" w:rsidRDefault="00381DF3" w:rsidP="00381DF3">
      <w:pPr>
        <w:spacing w:after="120"/>
        <w:rPr>
          <w:sz w:val="21"/>
          <w:lang w:val="fr-BE"/>
        </w:rPr>
      </w:pPr>
      <w:r w:rsidRPr="00381DF3">
        <w:rPr>
          <w:sz w:val="21"/>
          <w:lang w:val="fr-BE"/>
        </w:rPr>
        <w:t>Ainsi, reconnaissant dans l'arme, dont la finalité est de nuire, la cause de la discorde humaine et dans cet appel à la réconciliation universelle la condition du désarmement qui rend possibles la paix, la coopération et la concorde entre tous les êtres humains,</w:t>
      </w:r>
    </w:p>
    <w:p w14:paraId="6CDDCE6C" w14:textId="09A5E274" w:rsidR="00C73E11" w:rsidRPr="00381DF3" w:rsidRDefault="00E45908" w:rsidP="00381DF3">
      <w:pPr>
        <w:spacing w:after="120"/>
        <w:jc w:val="center"/>
        <w:rPr>
          <w:lang w:val="fr-BE"/>
        </w:rPr>
      </w:pPr>
      <w:r w:rsidRPr="00381DF3">
        <w:rPr>
          <w:lang w:val="fr-BE"/>
        </w:rPr>
        <w:t>❦</w:t>
      </w:r>
    </w:p>
    <w:p w14:paraId="47193343" w14:textId="1CB61EB4" w:rsidR="00973869" w:rsidRPr="00B1611F" w:rsidRDefault="00973869">
      <w:pPr>
        <w:spacing w:after="100"/>
        <w:ind w:left="680" w:right="680"/>
        <w:rPr>
          <w:b/>
          <w:lang w:val="fr-BE"/>
        </w:rPr>
      </w:pPr>
      <w:r w:rsidRPr="00B1611F">
        <w:rPr>
          <w:b/>
          <w:lang w:val="fr-BE"/>
        </w:rPr>
        <w:t>L'entité</w:t>
      </w:r>
      <w:r w:rsidR="001F6DAB">
        <w:rPr>
          <w:b/>
          <w:lang w:val="fr-BE"/>
        </w:rPr>
        <w:t> :</w:t>
      </w:r>
    </w:p>
    <w:p w14:paraId="37028A9B" w14:textId="225C3991" w:rsidR="00C73E11" w:rsidRPr="00684311" w:rsidRDefault="00E45908">
      <w:pPr>
        <w:spacing w:after="100"/>
        <w:ind w:left="680" w:right="680"/>
        <w:rPr>
          <w:lang w:val="fr-BE"/>
        </w:rPr>
      </w:pPr>
      <w:r w:rsidRPr="00684311">
        <w:rPr>
          <w:sz w:val="21"/>
          <w:lang w:val="fr-BE"/>
        </w:rPr>
        <w:t>........................................................................................................................</w:t>
      </w:r>
    </w:p>
    <w:p w14:paraId="00CCEDF5" w14:textId="50D1855A" w:rsidR="00684311" w:rsidRPr="00684311" w:rsidRDefault="00684311" w:rsidP="00684311">
      <w:pPr>
        <w:spacing w:after="100"/>
        <w:ind w:left="680" w:right="680"/>
        <w:jc w:val="center"/>
        <w:rPr>
          <w:b/>
          <w:lang w:val="fr-BE"/>
        </w:rPr>
      </w:pPr>
      <w:r w:rsidRPr="00684311">
        <w:rPr>
          <w:b/>
          <w:lang w:val="fr-BE"/>
        </w:rPr>
        <w:t>adhère à l'APPEL</w:t>
      </w:r>
    </w:p>
    <w:p w14:paraId="2AB7F0DE" w14:textId="3F7966D8" w:rsidR="002177B2" w:rsidRPr="00B1611F" w:rsidRDefault="002177B2">
      <w:pPr>
        <w:spacing w:after="100"/>
        <w:ind w:left="680" w:right="680"/>
        <w:rPr>
          <w:b/>
          <w:lang w:val="fr-BE"/>
        </w:rPr>
      </w:pPr>
      <w:r w:rsidRPr="00B1611F">
        <w:rPr>
          <w:b/>
          <w:lang w:val="fr-BE"/>
        </w:rPr>
        <w:t>Nom et fonction du signataire</w:t>
      </w:r>
      <w:r w:rsidR="001F6DAB">
        <w:rPr>
          <w:b/>
          <w:lang w:val="fr-BE"/>
        </w:rPr>
        <w:t> :</w:t>
      </w:r>
    </w:p>
    <w:p w14:paraId="0CDC5334" w14:textId="5CA11538" w:rsidR="00C73E11" w:rsidRDefault="00E45908">
      <w:pPr>
        <w:spacing w:after="100"/>
        <w:ind w:left="680" w:right="680"/>
        <w:rPr>
          <w:sz w:val="20"/>
          <w:lang w:val="fr-BE"/>
        </w:rPr>
      </w:pPr>
      <w:r w:rsidRPr="001831FB">
        <w:rPr>
          <w:sz w:val="20"/>
          <w:lang w:val="fr-BE"/>
        </w:rPr>
        <w:t>........................................................................................................................</w:t>
      </w:r>
    </w:p>
    <w:p w14:paraId="37F319F9" w14:textId="2BCC8A68" w:rsidR="002177B2" w:rsidRPr="00B1611F" w:rsidRDefault="00FA2290">
      <w:pPr>
        <w:spacing w:after="100"/>
        <w:ind w:left="680" w:right="680"/>
        <w:rPr>
          <w:b/>
          <w:lang w:val="fr-BE"/>
        </w:rPr>
      </w:pPr>
      <w:r w:rsidRPr="00B1611F">
        <w:rPr>
          <w:b/>
          <w:lang w:val="fr-BE"/>
        </w:rPr>
        <w:t>Lieu et date</w:t>
      </w:r>
      <w:r w:rsidR="005930B1">
        <w:rPr>
          <w:b/>
          <w:lang w:val="fr-BE"/>
        </w:rPr>
        <w:t> :</w:t>
      </w:r>
    </w:p>
    <w:p w14:paraId="2ACFC0F8" w14:textId="0C5B7FF8" w:rsidR="00C73E11" w:rsidRPr="006F0283" w:rsidRDefault="00E45908">
      <w:pPr>
        <w:spacing w:after="100"/>
        <w:ind w:left="680" w:right="680"/>
        <w:rPr>
          <w:lang w:val="fr-BE"/>
        </w:rPr>
      </w:pPr>
      <w:r w:rsidRPr="006F0283">
        <w:rPr>
          <w:sz w:val="20"/>
          <w:lang w:val="fr-BE"/>
        </w:rPr>
        <w:t>........................................................................................................................</w:t>
      </w:r>
    </w:p>
    <w:p w14:paraId="19EBDE63" w14:textId="0553F622" w:rsidR="00D40511" w:rsidRPr="00B1611F" w:rsidRDefault="00D40511" w:rsidP="00D40511">
      <w:pPr>
        <w:spacing w:after="160"/>
        <w:ind w:firstLine="680"/>
        <w:rPr>
          <w:b/>
          <w:lang w:val="fr-BE"/>
        </w:rPr>
      </w:pPr>
      <w:r w:rsidRPr="00B1611F">
        <w:rPr>
          <w:b/>
          <w:lang w:val="fr-BE"/>
        </w:rPr>
        <w:t>Signature</w:t>
      </w:r>
      <w:r w:rsidR="005930B1">
        <w:rPr>
          <w:b/>
          <w:lang w:val="fr-BE"/>
        </w:rPr>
        <w:t> :</w:t>
      </w:r>
    </w:p>
    <w:p w14:paraId="25470989" w14:textId="71E283EC" w:rsidR="00C73E11" w:rsidRPr="006F0283" w:rsidRDefault="00E45908">
      <w:pPr>
        <w:spacing w:after="160"/>
        <w:rPr>
          <w:lang w:val="fr-BE"/>
        </w:rPr>
      </w:pPr>
      <w:r w:rsidRPr="006F0283">
        <w:rPr>
          <w:lang w:val="fr-BE"/>
        </w:rPr>
        <w:br/>
      </w:r>
      <w:r w:rsidRPr="006F0283">
        <w:rPr>
          <w:lang w:val="fr-BE"/>
        </w:rPr>
        <w:br/>
      </w:r>
    </w:p>
    <w:p w14:paraId="70DC2F27" w14:textId="0DABE00B" w:rsidR="007E2085" w:rsidRDefault="005577E6">
      <w:pPr>
        <w:spacing w:after="20"/>
        <w:jc w:val="center"/>
        <w:rPr>
          <w:i/>
          <w:sz w:val="16"/>
          <w:lang w:val="fr-BE"/>
        </w:rPr>
      </w:pPr>
      <w:r w:rsidRPr="005577E6">
        <w:rPr>
          <w:i/>
          <w:sz w:val="16"/>
          <w:lang w:val="fr-BE"/>
        </w:rPr>
        <w:t xml:space="preserve">Cette déclaration d'adhésion s'inscrit dans l'initiative visant à promouvoir la convocation d'une Conférence mondiale </w:t>
      </w:r>
      <w:r w:rsidR="006F0283">
        <w:rPr>
          <w:i/>
          <w:sz w:val="16"/>
          <w:lang w:val="fr-BE"/>
        </w:rPr>
        <w:t>de</w:t>
      </w:r>
      <w:r w:rsidRPr="005577E6">
        <w:rPr>
          <w:i/>
          <w:sz w:val="16"/>
          <w:lang w:val="fr-BE"/>
        </w:rPr>
        <w:t xml:space="preserve"> Réconciliation, </w:t>
      </w:r>
      <w:r w:rsidR="006F0283">
        <w:rPr>
          <w:i/>
          <w:sz w:val="16"/>
          <w:lang w:val="fr-BE"/>
        </w:rPr>
        <w:t>de</w:t>
      </w:r>
      <w:r w:rsidRPr="005577E6">
        <w:rPr>
          <w:i/>
          <w:sz w:val="16"/>
          <w:lang w:val="fr-BE"/>
        </w:rPr>
        <w:t xml:space="preserve"> Paix et </w:t>
      </w:r>
      <w:r w:rsidR="006F0283">
        <w:rPr>
          <w:i/>
          <w:sz w:val="16"/>
          <w:lang w:val="fr-BE"/>
        </w:rPr>
        <w:t>de</w:t>
      </w:r>
      <w:r w:rsidRPr="005577E6">
        <w:rPr>
          <w:i/>
          <w:sz w:val="16"/>
          <w:lang w:val="fr-BE"/>
        </w:rPr>
        <w:t xml:space="preserve"> Désarmement le 30 mai 2027. Une fois signée, merci d'envoyer cette déclaration à info@human-unity.org afin qu'elle puisse être intégrée aux adhésions accompagnant la présentation de l'APPEL auprès des États et des Nations Unies.</w:t>
      </w:r>
    </w:p>
    <w:p w14:paraId="15EDEE15" w14:textId="77777777" w:rsidR="005577E6" w:rsidRPr="005577E6" w:rsidRDefault="005577E6">
      <w:pPr>
        <w:spacing w:after="20"/>
        <w:jc w:val="center"/>
        <w:rPr>
          <w:i/>
          <w:sz w:val="16"/>
          <w:lang w:val="fr-BE"/>
        </w:rPr>
      </w:pPr>
    </w:p>
    <w:p w14:paraId="5421ADDE" w14:textId="5DAE3ADD" w:rsidR="00C73E11" w:rsidRDefault="00E45908">
      <w:pPr>
        <w:spacing w:after="20"/>
        <w:jc w:val="center"/>
      </w:pPr>
      <w:r>
        <w:rPr>
          <w:sz w:val="16"/>
        </w:rPr>
        <w:t>────────────   www.human-unity.org   ────────────</w:t>
      </w:r>
    </w:p>
    <w:sectPr w:rsidR="00C73E11" w:rsidSect="00034616">
      <w:pgSz w:w="12240" w:h="15840"/>
      <w:pgMar w:top="964" w:right="1191" w:bottom="850" w:left="1191" w:header="720" w:footer="720" w:gutter="0"/>
      <w:pgBorders w:offsetFrom="page">
        <w:top w:val="double" w:sz="8" w:space="18" w:color="777777"/>
        <w:left w:val="double" w:sz="8" w:space="18" w:color="777777"/>
        <w:bottom w:val="double" w:sz="8" w:space="18" w:color="777777"/>
        <w:right w:val="double" w:sz="8" w:space="18" w:color="777777"/>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aconnmero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aconnmero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aconvieta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aconvieta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aconnmero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aconvietas"/>
      <w:lvlText w:val=""/>
      <w:lvlJc w:val="left"/>
      <w:pPr>
        <w:tabs>
          <w:tab w:val="num" w:pos="360"/>
        </w:tabs>
        <w:ind w:left="360" w:hanging="360"/>
      </w:pPr>
      <w:rPr>
        <w:rFonts w:ascii="Symbol" w:hAnsi="Symbol" w:hint="default"/>
      </w:rPr>
    </w:lvl>
  </w:abstractNum>
  <w:num w:numId="1" w16cid:durableId="1203136070">
    <w:abstractNumId w:val="8"/>
  </w:num>
  <w:num w:numId="2" w16cid:durableId="1666516119">
    <w:abstractNumId w:val="6"/>
  </w:num>
  <w:num w:numId="3" w16cid:durableId="454300639">
    <w:abstractNumId w:val="5"/>
  </w:num>
  <w:num w:numId="4" w16cid:durableId="976451061">
    <w:abstractNumId w:val="4"/>
  </w:num>
  <w:num w:numId="5" w16cid:durableId="311642741">
    <w:abstractNumId w:val="7"/>
  </w:num>
  <w:num w:numId="6" w16cid:durableId="532691091">
    <w:abstractNumId w:val="3"/>
  </w:num>
  <w:num w:numId="7" w16cid:durableId="248201021">
    <w:abstractNumId w:val="2"/>
  </w:num>
  <w:num w:numId="8" w16cid:durableId="813722907">
    <w:abstractNumId w:val="1"/>
  </w:num>
  <w:num w:numId="9" w16cid:durableId="6213038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037B6"/>
    <w:rsid w:val="0015074B"/>
    <w:rsid w:val="001831FB"/>
    <w:rsid w:val="001F6DAB"/>
    <w:rsid w:val="002177B2"/>
    <w:rsid w:val="0022611D"/>
    <w:rsid w:val="0029639D"/>
    <w:rsid w:val="00326F90"/>
    <w:rsid w:val="00381DF3"/>
    <w:rsid w:val="003C3347"/>
    <w:rsid w:val="00432D5F"/>
    <w:rsid w:val="00465A67"/>
    <w:rsid w:val="005577E6"/>
    <w:rsid w:val="005930B1"/>
    <w:rsid w:val="005E1924"/>
    <w:rsid w:val="006623C5"/>
    <w:rsid w:val="00684311"/>
    <w:rsid w:val="006E73BC"/>
    <w:rsid w:val="006F0283"/>
    <w:rsid w:val="00704D32"/>
    <w:rsid w:val="007E2085"/>
    <w:rsid w:val="00826A8C"/>
    <w:rsid w:val="00863C22"/>
    <w:rsid w:val="00887DFC"/>
    <w:rsid w:val="00936B5F"/>
    <w:rsid w:val="009735CE"/>
    <w:rsid w:val="00973869"/>
    <w:rsid w:val="00994CFD"/>
    <w:rsid w:val="009B717A"/>
    <w:rsid w:val="00AA1D8D"/>
    <w:rsid w:val="00AC5075"/>
    <w:rsid w:val="00B1611F"/>
    <w:rsid w:val="00B46973"/>
    <w:rsid w:val="00B47730"/>
    <w:rsid w:val="00B576E8"/>
    <w:rsid w:val="00BA2803"/>
    <w:rsid w:val="00BE0874"/>
    <w:rsid w:val="00BE24DD"/>
    <w:rsid w:val="00C058F4"/>
    <w:rsid w:val="00C62A82"/>
    <w:rsid w:val="00C73E11"/>
    <w:rsid w:val="00CB0664"/>
    <w:rsid w:val="00D078DE"/>
    <w:rsid w:val="00D40511"/>
    <w:rsid w:val="00D5784E"/>
    <w:rsid w:val="00E45908"/>
    <w:rsid w:val="00E95238"/>
    <w:rsid w:val="00F222F5"/>
    <w:rsid w:val="00FA2290"/>
    <w:rsid w:val="00FC693F"/>
    <w:rsid w:val="00FD3FC8"/>
    <w:rsid w:val="00FD507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E9DC45B"/>
  <w14:defaultImageDpi w14:val="300"/>
  <w15:docId w15:val="{73A8DD93-7517-4887-9BCA-78EE3B4899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Ttulo1">
    <w:name w:val="heading 1"/>
    <w:basedOn w:val="Normal"/>
    <w:next w:val="Normal"/>
    <w:link w:val="Ttulo1C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tulo9">
    <w:name w:val="heading 9"/>
    <w:basedOn w:val="Normal"/>
    <w:next w:val="Normal"/>
    <w:link w:val="Ttulo9C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618BF"/>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618BF"/>
  </w:style>
  <w:style w:type="paragraph" w:styleId="Piedepgina">
    <w:name w:val="footer"/>
    <w:basedOn w:val="Normal"/>
    <w:link w:val="PiedepginaCar"/>
    <w:uiPriority w:val="99"/>
    <w:unhideWhenUsed/>
    <w:rsid w:val="00E618BF"/>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618BF"/>
  </w:style>
  <w:style w:type="paragraph" w:styleId="Sinespaciado">
    <w:name w:val="No Spacing"/>
    <w:uiPriority w:val="1"/>
    <w:qFormat/>
    <w:rsid w:val="00FC693F"/>
    <w:pPr>
      <w:spacing w:after="0" w:line="240" w:lineRule="auto"/>
    </w:pPr>
  </w:style>
  <w:style w:type="character" w:customStyle="1" w:styleId="Ttulo1Car">
    <w:name w:val="Título 1 Car"/>
    <w:basedOn w:val="Fuentedeprrafopredeter"/>
    <w:link w:val="Ttulo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
    <w:uiPriority w:val="9"/>
    <w:rsid w:val="00FC693F"/>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uiPriority w:val="9"/>
    <w:rsid w:val="00FC693F"/>
    <w:rPr>
      <w:rFonts w:asciiTheme="majorHAnsi" w:eastAsiaTheme="majorEastAsia" w:hAnsiTheme="majorHAnsi" w:cstheme="majorBidi"/>
      <w:b/>
      <w:bCs/>
      <w:color w:val="4F81BD" w:themeColor="accent1"/>
    </w:rPr>
  </w:style>
  <w:style w:type="paragraph" w:styleId="Ttulo">
    <w:name w:val="Title"/>
    <w:basedOn w:val="Normal"/>
    <w:next w:val="Normal"/>
    <w:link w:val="TtuloC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tulo">
    <w:name w:val="Subtitle"/>
    <w:basedOn w:val="Normal"/>
    <w:next w:val="Normal"/>
    <w:link w:val="SubttuloC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uiPriority w:val="11"/>
    <w:rsid w:val="00FC693F"/>
    <w:rPr>
      <w:rFonts w:asciiTheme="majorHAnsi" w:eastAsiaTheme="majorEastAsia" w:hAnsiTheme="majorHAnsi" w:cstheme="majorBidi"/>
      <w:i/>
      <w:iCs/>
      <w:color w:val="4F81BD" w:themeColor="accent1"/>
      <w:spacing w:val="15"/>
      <w:sz w:val="24"/>
      <w:szCs w:val="24"/>
    </w:rPr>
  </w:style>
  <w:style w:type="paragraph" w:styleId="Prrafodelista">
    <w:name w:val="List Paragraph"/>
    <w:basedOn w:val="Normal"/>
    <w:uiPriority w:val="34"/>
    <w:qFormat/>
    <w:rsid w:val="00FC693F"/>
    <w:pPr>
      <w:ind w:left="720"/>
      <w:contextualSpacing/>
    </w:pPr>
  </w:style>
  <w:style w:type="paragraph" w:styleId="Textoindependiente">
    <w:name w:val="Body Text"/>
    <w:basedOn w:val="Normal"/>
    <w:link w:val="TextoindependienteCar"/>
    <w:uiPriority w:val="99"/>
    <w:unhideWhenUsed/>
    <w:rsid w:val="00AA1D8D"/>
    <w:pPr>
      <w:spacing w:after="120"/>
    </w:pPr>
  </w:style>
  <w:style w:type="character" w:customStyle="1" w:styleId="TextoindependienteCar">
    <w:name w:val="Texto independiente Car"/>
    <w:basedOn w:val="Fuentedeprrafopredeter"/>
    <w:link w:val="Textoindependiente"/>
    <w:uiPriority w:val="99"/>
    <w:rsid w:val="00AA1D8D"/>
  </w:style>
  <w:style w:type="paragraph" w:styleId="Textoindependiente2">
    <w:name w:val="Body Text 2"/>
    <w:basedOn w:val="Normal"/>
    <w:link w:val="Textoindependiente2Car"/>
    <w:uiPriority w:val="99"/>
    <w:unhideWhenUsed/>
    <w:rsid w:val="00AA1D8D"/>
    <w:pPr>
      <w:spacing w:after="120" w:line="480" w:lineRule="auto"/>
    </w:pPr>
  </w:style>
  <w:style w:type="character" w:customStyle="1" w:styleId="Textoindependiente2Car">
    <w:name w:val="Texto independiente 2 Car"/>
    <w:basedOn w:val="Fuentedeprrafopredeter"/>
    <w:link w:val="Textoindependiente2"/>
    <w:uiPriority w:val="99"/>
    <w:rsid w:val="00AA1D8D"/>
  </w:style>
  <w:style w:type="paragraph" w:styleId="Textoindependiente3">
    <w:name w:val="Body Text 3"/>
    <w:basedOn w:val="Normal"/>
    <w:link w:val="Textoindependiente3Car"/>
    <w:uiPriority w:val="99"/>
    <w:unhideWhenUsed/>
    <w:rsid w:val="00AA1D8D"/>
    <w:pPr>
      <w:spacing w:after="120"/>
    </w:pPr>
    <w:rPr>
      <w:sz w:val="16"/>
      <w:szCs w:val="16"/>
    </w:rPr>
  </w:style>
  <w:style w:type="character" w:customStyle="1" w:styleId="Textoindependiente3Car">
    <w:name w:val="Texto independiente 3 Car"/>
    <w:basedOn w:val="Fuentedeprrafopredeter"/>
    <w:link w:val="Textoindependiente3"/>
    <w:uiPriority w:val="99"/>
    <w:rsid w:val="00AA1D8D"/>
    <w:rPr>
      <w:sz w:val="16"/>
      <w:szCs w:val="16"/>
    </w:rPr>
  </w:style>
  <w:style w:type="paragraph" w:styleId="Lista">
    <w:name w:val="List"/>
    <w:basedOn w:val="Normal"/>
    <w:uiPriority w:val="99"/>
    <w:unhideWhenUsed/>
    <w:rsid w:val="00AA1D8D"/>
    <w:pPr>
      <w:ind w:left="360" w:hanging="360"/>
      <w:contextualSpacing/>
    </w:pPr>
  </w:style>
  <w:style w:type="paragraph" w:styleId="Lista2">
    <w:name w:val="List 2"/>
    <w:basedOn w:val="Normal"/>
    <w:uiPriority w:val="99"/>
    <w:unhideWhenUsed/>
    <w:rsid w:val="00326F90"/>
    <w:pPr>
      <w:ind w:left="720" w:hanging="360"/>
      <w:contextualSpacing/>
    </w:pPr>
  </w:style>
  <w:style w:type="paragraph" w:styleId="Lista3">
    <w:name w:val="List 3"/>
    <w:basedOn w:val="Normal"/>
    <w:uiPriority w:val="99"/>
    <w:unhideWhenUsed/>
    <w:rsid w:val="00326F90"/>
    <w:pPr>
      <w:ind w:left="1080" w:hanging="360"/>
      <w:contextualSpacing/>
    </w:pPr>
  </w:style>
  <w:style w:type="paragraph" w:styleId="Listaconvietas">
    <w:name w:val="List Bullet"/>
    <w:basedOn w:val="Normal"/>
    <w:uiPriority w:val="99"/>
    <w:unhideWhenUsed/>
    <w:rsid w:val="00326F90"/>
    <w:pPr>
      <w:numPr>
        <w:numId w:val="1"/>
      </w:numPr>
      <w:contextualSpacing/>
    </w:pPr>
  </w:style>
  <w:style w:type="paragraph" w:styleId="Listaconvietas2">
    <w:name w:val="List Bullet 2"/>
    <w:basedOn w:val="Normal"/>
    <w:uiPriority w:val="99"/>
    <w:unhideWhenUsed/>
    <w:rsid w:val="00326F90"/>
    <w:pPr>
      <w:numPr>
        <w:numId w:val="2"/>
      </w:numPr>
      <w:contextualSpacing/>
    </w:pPr>
  </w:style>
  <w:style w:type="paragraph" w:styleId="Listaconvietas3">
    <w:name w:val="List Bullet 3"/>
    <w:basedOn w:val="Normal"/>
    <w:uiPriority w:val="99"/>
    <w:unhideWhenUsed/>
    <w:rsid w:val="00326F90"/>
    <w:pPr>
      <w:numPr>
        <w:numId w:val="3"/>
      </w:numPr>
      <w:contextualSpacing/>
    </w:pPr>
  </w:style>
  <w:style w:type="paragraph" w:styleId="Listaconnmeros">
    <w:name w:val="List Number"/>
    <w:basedOn w:val="Normal"/>
    <w:uiPriority w:val="99"/>
    <w:unhideWhenUsed/>
    <w:rsid w:val="00326F90"/>
    <w:pPr>
      <w:numPr>
        <w:numId w:val="5"/>
      </w:numPr>
      <w:contextualSpacing/>
    </w:pPr>
  </w:style>
  <w:style w:type="paragraph" w:styleId="Listaconnmeros2">
    <w:name w:val="List Number 2"/>
    <w:basedOn w:val="Normal"/>
    <w:uiPriority w:val="99"/>
    <w:unhideWhenUsed/>
    <w:rsid w:val="0029639D"/>
    <w:pPr>
      <w:numPr>
        <w:numId w:val="6"/>
      </w:numPr>
      <w:contextualSpacing/>
    </w:pPr>
  </w:style>
  <w:style w:type="paragraph" w:styleId="Listaconnmeros3">
    <w:name w:val="List Number 3"/>
    <w:basedOn w:val="Normal"/>
    <w:uiPriority w:val="99"/>
    <w:unhideWhenUsed/>
    <w:rsid w:val="0029639D"/>
    <w:pPr>
      <w:numPr>
        <w:numId w:val="7"/>
      </w:numPr>
      <w:contextualSpacing/>
    </w:pPr>
  </w:style>
  <w:style w:type="paragraph" w:styleId="Continuarlista">
    <w:name w:val="List Continue"/>
    <w:basedOn w:val="Normal"/>
    <w:uiPriority w:val="99"/>
    <w:unhideWhenUsed/>
    <w:rsid w:val="0029639D"/>
    <w:pPr>
      <w:spacing w:after="120"/>
      <w:ind w:left="360"/>
      <w:contextualSpacing/>
    </w:pPr>
  </w:style>
  <w:style w:type="paragraph" w:styleId="Continuarlista2">
    <w:name w:val="List Continue 2"/>
    <w:basedOn w:val="Normal"/>
    <w:uiPriority w:val="99"/>
    <w:unhideWhenUsed/>
    <w:rsid w:val="0029639D"/>
    <w:pPr>
      <w:spacing w:after="120"/>
      <w:ind w:left="720"/>
      <w:contextualSpacing/>
    </w:pPr>
  </w:style>
  <w:style w:type="paragraph" w:styleId="Continuarlista3">
    <w:name w:val="List Continue 3"/>
    <w:basedOn w:val="Normal"/>
    <w:uiPriority w:val="99"/>
    <w:unhideWhenUsed/>
    <w:rsid w:val="0029639D"/>
    <w:pPr>
      <w:spacing w:after="120"/>
      <w:ind w:left="1080"/>
      <w:contextualSpacing/>
    </w:pPr>
  </w:style>
  <w:style w:type="paragraph" w:styleId="Textomacro">
    <w:name w:val="macro"/>
    <w:link w:val="TextomacroC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omacroCar">
    <w:name w:val="Texto macro Car"/>
    <w:basedOn w:val="Fuentedeprrafopredeter"/>
    <w:link w:val="Textomacro"/>
    <w:uiPriority w:val="99"/>
    <w:rsid w:val="0029639D"/>
    <w:rPr>
      <w:rFonts w:ascii="Courier" w:hAnsi="Courier"/>
      <w:sz w:val="20"/>
      <w:szCs w:val="20"/>
    </w:rPr>
  </w:style>
  <w:style w:type="paragraph" w:styleId="Cita">
    <w:name w:val="Quote"/>
    <w:basedOn w:val="Normal"/>
    <w:next w:val="Normal"/>
    <w:link w:val="CitaCar"/>
    <w:uiPriority w:val="29"/>
    <w:qFormat/>
    <w:rsid w:val="00FC693F"/>
    <w:rPr>
      <w:i/>
      <w:iCs/>
      <w:color w:val="000000" w:themeColor="text1"/>
    </w:rPr>
  </w:style>
  <w:style w:type="character" w:customStyle="1" w:styleId="CitaCar">
    <w:name w:val="Cita Car"/>
    <w:basedOn w:val="Fuentedeprrafopredeter"/>
    <w:link w:val="Cita"/>
    <w:uiPriority w:val="29"/>
    <w:rsid w:val="00FC693F"/>
    <w:rPr>
      <w:i/>
      <w:iCs/>
      <w:color w:val="000000" w:themeColor="text1"/>
    </w:rPr>
  </w:style>
  <w:style w:type="character" w:customStyle="1" w:styleId="Ttulo4Car">
    <w:name w:val="Título 4 Car"/>
    <w:basedOn w:val="Fuentedeprrafopredeter"/>
    <w:link w:val="Ttulo4"/>
    <w:uiPriority w:val="9"/>
    <w:semiHidden/>
    <w:rsid w:val="00FC693F"/>
    <w:rPr>
      <w:rFonts w:asciiTheme="majorHAnsi" w:eastAsiaTheme="majorEastAsia" w:hAnsiTheme="majorHAnsi" w:cstheme="majorBidi"/>
      <w:b/>
      <w:bCs/>
      <w:i/>
      <w:iCs/>
      <w:color w:val="4F81BD" w:themeColor="accent1"/>
    </w:rPr>
  </w:style>
  <w:style w:type="character" w:customStyle="1" w:styleId="Ttulo5Car">
    <w:name w:val="Título 5 Car"/>
    <w:basedOn w:val="Fuentedeprrafopredeter"/>
    <w:link w:val="Ttulo5"/>
    <w:uiPriority w:val="9"/>
    <w:semiHidden/>
    <w:rsid w:val="00FC693F"/>
    <w:rPr>
      <w:rFonts w:asciiTheme="majorHAnsi" w:eastAsiaTheme="majorEastAsia" w:hAnsiTheme="majorHAnsi" w:cstheme="majorBidi"/>
      <w:color w:val="243F60" w:themeColor="accent1" w:themeShade="7F"/>
    </w:rPr>
  </w:style>
  <w:style w:type="character" w:customStyle="1" w:styleId="Ttulo6Car">
    <w:name w:val="Título 6 Car"/>
    <w:basedOn w:val="Fuentedeprrafopredeter"/>
    <w:link w:val="Ttulo6"/>
    <w:uiPriority w:val="9"/>
    <w:semiHidden/>
    <w:rsid w:val="00FC693F"/>
    <w:rPr>
      <w:rFonts w:asciiTheme="majorHAnsi" w:eastAsiaTheme="majorEastAsia" w:hAnsiTheme="majorHAnsi" w:cstheme="majorBidi"/>
      <w:i/>
      <w:iCs/>
      <w:color w:val="243F60" w:themeColor="accent1" w:themeShade="7F"/>
    </w:rPr>
  </w:style>
  <w:style w:type="character" w:customStyle="1" w:styleId="Ttulo7Car">
    <w:name w:val="Título 7 Car"/>
    <w:basedOn w:val="Fuentedeprrafopredeter"/>
    <w:link w:val="Ttulo7"/>
    <w:uiPriority w:val="9"/>
    <w:semiHidden/>
    <w:rsid w:val="00FC693F"/>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FC693F"/>
    <w:rPr>
      <w:rFonts w:asciiTheme="majorHAnsi" w:eastAsiaTheme="majorEastAsia" w:hAnsiTheme="majorHAnsi" w:cstheme="majorBidi"/>
      <w:color w:val="4F81BD" w:themeColor="accent1"/>
      <w:sz w:val="20"/>
      <w:szCs w:val="20"/>
    </w:rPr>
  </w:style>
  <w:style w:type="character" w:customStyle="1" w:styleId="Ttulo9Car">
    <w:name w:val="Título 9 Car"/>
    <w:basedOn w:val="Fuentedeprrafopredeter"/>
    <w:link w:val="Ttulo9"/>
    <w:uiPriority w:val="9"/>
    <w:semiHidden/>
    <w:rsid w:val="00FC693F"/>
    <w:rPr>
      <w:rFonts w:asciiTheme="majorHAnsi" w:eastAsiaTheme="majorEastAsia" w:hAnsiTheme="majorHAnsi" w:cstheme="majorBidi"/>
      <w:i/>
      <w:iCs/>
      <w:color w:val="404040" w:themeColor="text1" w:themeTint="BF"/>
      <w:sz w:val="20"/>
      <w:szCs w:val="20"/>
    </w:rPr>
  </w:style>
  <w:style w:type="paragraph" w:styleId="Descripci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Fuerte">
    <w:name w:val="Strong"/>
    <w:basedOn w:val="Fuentedeprrafopredeter"/>
    <w:uiPriority w:val="22"/>
    <w:qFormat/>
    <w:rsid w:val="00FC693F"/>
    <w:rPr>
      <w:b/>
      <w:bCs/>
    </w:rPr>
  </w:style>
  <w:style w:type="character" w:styleId="nfasis">
    <w:name w:val="Emphasis"/>
    <w:basedOn w:val="Fuentedeprrafopredeter"/>
    <w:uiPriority w:val="20"/>
    <w:qFormat/>
    <w:rsid w:val="00FC693F"/>
    <w:rPr>
      <w:i/>
      <w:iCs/>
    </w:rPr>
  </w:style>
  <w:style w:type="paragraph" w:styleId="Citadestacada">
    <w:name w:val="Intense Quote"/>
    <w:basedOn w:val="Normal"/>
    <w:next w:val="Normal"/>
    <w:link w:val="CitadestacadaC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destacadaCar">
    <w:name w:val="Cita destacada Car"/>
    <w:basedOn w:val="Fuentedeprrafopredeter"/>
    <w:link w:val="Citadestacada"/>
    <w:uiPriority w:val="30"/>
    <w:rsid w:val="00FC693F"/>
    <w:rPr>
      <w:b/>
      <w:bCs/>
      <w:i/>
      <w:iCs/>
      <w:color w:val="4F81BD" w:themeColor="accent1"/>
    </w:rPr>
  </w:style>
  <w:style w:type="character" w:styleId="nfasissutil">
    <w:name w:val="Subtle Emphasis"/>
    <w:basedOn w:val="Fuentedeprrafopredeter"/>
    <w:uiPriority w:val="19"/>
    <w:qFormat/>
    <w:rsid w:val="00FC693F"/>
    <w:rPr>
      <w:i/>
      <w:iCs/>
      <w:color w:val="808080" w:themeColor="text1" w:themeTint="7F"/>
    </w:rPr>
  </w:style>
  <w:style w:type="character" w:styleId="nfasisintenso">
    <w:name w:val="Intense Emphasis"/>
    <w:basedOn w:val="Fuentedeprrafopredeter"/>
    <w:uiPriority w:val="21"/>
    <w:qFormat/>
    <w:rsid w:val="00FC693F"/>
    <w:rPr>
      <w:b/>
      <w:bCs/>
      <w:i/>
      <w:iCs/>
      <w:color w:val="4F81BD" w:themeColor="accent1"/>
    </w:rPr>
  </w:style>
  <w:style w:type="character" w:styleId="Referenciasutil">
    <w:name w:val="Subtle Reference"/>
    <w:basedOn w:val="Fuentedeprrafopredeter"/>
    <w:uiPriority w:val="31"/>
    <w:qFormat/>
    <w:rsid w:val="00FC693F"/>
    <w:rPr>
      <w:smallCaps/>
      <w:color w:val="C0504D" w:themeColor="accent2"/>
      <w:u w:val="single"/>
    </w:rPr>
  </w:style>
  <w:style w:type="character" w:styleId="Referenciaintensa">
    <w:name w:val="Intense Reference"/>
    <w:basedOn w:val="Fuentedeprrafopredeter"/>
    <w:uiPriority w:val="32"/>
    <w:qFormat/>
    <w:rsid w:val="00FC693F"/>
    <w:rPr>
      <w:b/>
      <w:bCs/>
      <w:smallCaps/>
      <w:color w:val="C0504D" w:themeColor="accent2"/>
      <w:spacing w:val="5"/>
      <w:u w:val="single"/>
    </w:rPr>
  </w:style>
  <w:style w:type="character" w:styleId="Ttulodellibro">
    <w:name w:val="Book Title"/>
    <w:basedOn w:val="Fuentedeprrafopredeter"/>
    <w:uiPriority w:val="33"/>
    <w:qFormat/>
    <w:rsid w:val="00FC693F"/>
    <w:rPr>
      <w:b/>
      <w:bCs/>
      <w:smallCaps/>
      <w:spacing w:val="5"/>
    </w:rPr>
  </w:style>
  <w:style w:type="paragraph" w:styleId="TtuloTDC">
    <w:name w:val="TOC Heading"/>
    <w:basedOn w:val="Ttulo1"/>
    <w:next w:val="Normal"/>
    <w:uiPriority w:val="39"/>
    <w:semiHidden/>
    <w:unhideWhenUsed/>
    <w:qFormat/>
    <w:rsid w:val="00FC693F"/>
    <w:pPr>
      <w:outlineLvl w:val="9"/>
    </w:pPr>
  </w:style>
  <w:style w:type="table" w:styleId="Tablaconcuadrcula">
    <w:name w:val="Table Grid"/>
    <w:basedOn w:val="Tabla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ombreadoclaro">
    <w:name w:val="Light Shading"/>
    <w:basedOn w:val="Tabla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doclaro-nfasis1">
    <w:name w:val="Light Shading Accent 1"/>
    <w:basedOn w:val="Tabla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ombreadoclaro-nfasis2">
    <w:name w:val="Light Shading Accent 2"/>
    <w:basedOn w:val="Tabla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ombreadoclaro-nfasis3">
    <w:name w:val="Light Shading Accent 3"/>
    <w:basedOn w:val="Tabla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ombreadoclaro-nfasis4">
    <w:name w:val="Light Shading Accent 4"/>
    <w:basedOn w:val="Tabla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ombreadoclaro-nfasis5">
    <w:name w:val="Light Shading Accent 5"/>
    <w:basedOn w:val="Tabla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ombreadoclaro-nfasis6">
    <w:name w:val="Light Shading Accent 6"/>
    <w:basedOn w:val="Tabla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aclara">
    <w:name w:val="Light List"/>
    <w:basedOn w:val="Tabla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aclara-nfasis1">
    <w:name w:val="Light List Accent 1"/>
    <w:basedOn w:val="Tabla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2">
    <w:name w:val="Light List Accent 2"/>
    <w:basedOn w:val="Tabla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aclara-nfasis3">
    <w:name w:val="Light List Accent 3"/>
    <w:basedOn w:val="Tabla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aclara-nfasis4">
    <w:name w:val="Light List Accent 4"/>
    <w:basedOn w:val="Tabla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aclara-nfasis5">
    <w:name w:val="Light List Accent 5"/>
    <w:basedOn w:val="Tabla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aclara-nfasis6">
    <w:name w:val="Light List Accent 6"/>
    <w:basedOn w:val="Tabla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Cuadrculaclara">
    <w:name w:val="Light Grid"/>
    <w:basedOn w:val="Tabla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Cuadrculaclara-nfasis1">
    <w:name w:val="Light Grid Accent 1"/>
    <w:basedOn w:val="Tabla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Cuadrculaclara-nfasis2">
    <w:name w:val="Light Grid Accent 2"/>
    <w:basedOn w:val="Tabla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Cuadrculaclara-nfasis3">
    <w:name w:val="Light Grid Accent 3"/>
    <w:basedOn w:val="Tabla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Cuadrculaclara-nfasis4">
    <w:name w:val="Light Grid Accent 4"/>
    <w:basedOn w:val="Tabla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Cuadrculaclara-nfasis5">
    <w:name w:val="Light Grid Accent 5"/>
    <w:basedOn w:val="Tabla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Cuadrculaclara-nfasis6">
    <w:name w:val="Light Grid Accent 6"/>
    <w:basedOn w:val="Tabla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ombreadomedio1">
    <w:name w:val="Medium Shading 1"/>
    <w:basedOn w:val="Tabla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ombreadomedio1-nfasis1">
    <w:name w:val="Medium Shading 1 Accent 1"/>
    <w:basedOn w:val="Tabla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ombreadomedio1-nfasis2">
    <w:name w:val="Medium Shading 1 Accent 2"/>
    <w:basedOn w:val="Tabla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ombreadomedio1-nfasis3">
    <w:name w:val="Medium Shading 1 Accent 3"/>
    <w:basedOn w:val="Tabla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ombreadomedio1-nfasis4">
    <w:name w:val="Medium Shading 1 Accent 4"/>
    <w:basedOn w:val="Tabla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ombreadomedio1-nfasis5">
    <w:name w:val="Medium Shading 1 Accent 5"/>
    <w:basedOn w:val="Tabla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ombreadomedio1-nfasis6">
    <w:name w:val="Medium Shading 1 Accent 6"/>
    <w:basedOn w:val="Tabla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ombreadomedio2">
    <w:name w:val="Medium Shading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1">
    <w:name w:val="Medium Shading 2 Accent 1"/>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2">
    <w:name w:val="Medium Shading 2 Accent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3">
    <w:name w:val="Medium Shading 2 Accent 3"/>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4">
    <w:name w:val="Medium Shading 2 Accent 4"/>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5">
    <w:name w:val="Medium Shading 2 Accent 5"/>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6">
    <w:name w:val="Medium Shading 2 Accent 6"/>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media1">
    <w:name w:val="Medium List 1"/>
    <w:basedOn w:val="Tabla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amedia1-nfasis1">
    <w:name w:val="Medium List 1 Accent 1"/>
    <w:basedOn w:val="Tabla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amedia1-nfasis2">
    <w:name w:val="Medium List 1 Accent 2"/>
    <w:basedOn w:val="Tabla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amedia1-nfasis3">
    <w:name w:val="Medium List 1 Accent 3"/>
    <w:basedOn w:val="Tabla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amedia1-nfasis4">
    <w:name w:val="Medium List 1 Accent 4"/>
    <w:basedOn w:val="Tabla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amedia1-nfasis5">
    <w:name w:val="Medium List 1 Accent 5"/>
    <w:basedOn w:val="Tabla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amedia1-nfasis6">
    <w:name w:val="Medium List 1 Accent 6"/>
    <w:basedOn w:val="Tabla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amedia2">
    <w:name w:val="Medium Lis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1">
    <w:name w:val="Medium List 2 Accent 1"/>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2">
    <w:name w:val="Medium List 2 Accen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3">
    <w:name w:val="Medium List 2 Accent 3"/>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4">
    <w:name w:val="Medium List 2 Accent 4"/>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5">
    <w:name w:val="Medium List 2 Accent 5"/>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6">
    <w:name w:val="Medium List 2 Accent 6"/>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Cuadrculamedia1">
    <w:name w:val="Medium Grid 1"/>
    <w:basedOn w:val="Tabla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media1-nfasis1">
    <w:name w:val="Medium Grid 1 Accent 1"/>
    <w:basedOn w:val="Tabla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media1-nfasis2">
    <w:name w:val="Medium Grid 1 Accent 2"/>
    <w:basedOn w:val="Tabla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media1-nfasis3">
    <w:name w:val="Medium Grid 1 Accent 3"/>
    <w:basedOn w:val="Tabla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media1-nfasis4">
    <w:name w:val="Medium Grid 1 Accent 4"/>
    <w:basedOn w:val="Tabla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media1-nfasis5">
    <w:name w:val="Medium Grid 1 Accent 5"/>
    <w:basedOn w:val="Tabla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media1-nfasis6">
    <w:name w:val="Medium Grid 1 Accent 6"/>
    <w:basedOn w:val="Tabla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uadrculamedia2">
    <w:name w:val="Medium Grid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Cuadrculamedia2-nfasis1">
    <w:name w:val="Medium Grid 2 Accent 1"/>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Cuadrculamedia2-nfasis2">
    <w:name w:val="Medium Grid 2 Accent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Cuadrculamedia2-nfasis3">
    <w:name w:val="Medium Grid 2 Accent 3"/>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Cuadrculamedia2-nfasis4">
    <w:name w:val="Medium Grid 2 Accent 4"/>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Cuadrculamedia2-nfasis5">
    <w:name w:val="Medium Grid 2 Accent 5"/>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Cuadrculamedia2-nfasis6">
    <w:name w:val="Medium Grid 2 Accent 6"/>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Cuadrculamedia3">
    <w:name w:val="Medium Grid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Cuadrculamedia3-nfasis1">
    <w:name w:val="Medium Grid 3 Accent 1"/>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Cuadrculamedia3-nfasis2">
    <w:name w:val="Medium Grid 3 Accent 2"/>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Cuadrculamedia3-nfasis3">
    <w:name w:val="Medium Grid 3 Accent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Cuadrculamedia3-nfasis4">
    <w:name w:val="Medium Grid 3 Accent 4"/>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Cuadrculamedia3-nfasis5">
    <w:name w:val="Medium Grid 3 Accent 5"/>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Cuadrculamedia3-nfasis6">
    <w:name w:val="Medium Grid 3 Accent 6"/>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aoscura">
    <w:name w:val="Dark List"/>
    <w:basedOn w:val="Tabla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aoscura-nfasis1">
    <w:name w:val="Dark List Accent 1"/>
    <w:basedOn w:val="Tabla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aoscura-nfasis2">
    <w:name w:val="Dark List Accent 2"/>
    <w:basedOn w:val="Tabla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aoscura-nfasis3">
    <w:name w:val="Dark List Accent 3"/>
    <w:basedOn w:val="Tabla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aoscura-nfasis4">
    <w:name w:val="Dark List Accent 4"/>
    <w:basedOn w:val="Tabla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aoscura-nfasis5">
    <w:name w:val="Dark List Accent 5"/>
    <w:basedOn w:val="Tabla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aoscura-nfasis6">
    <w:name w:val="Dark List Accent 6"/>
    <w:basedOn w:val="Tabla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ombreadovistoso">
    <w:name w:val="Colorful Shading"/>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ombreadovistoso-nfasis1">
    <w:name w:val="Colorful Shading Accent 1"/>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ombreadovistoso-nfasis2">
    <w:name w:val="Colorful Shading Accent 2"/>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ombreadovistoso-nfasis3">
    <w:name w:val="Colorful Shading Accent 3"/>
    <w:basedOn w:val="Tabla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ombreadovistoso-nfasis4">
    <w:name w:val="Colorful Shading Accent 4"/>
    <w:basedOn w:val="Tabla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ombreadovistoso-nfasis5">
    <w:name w:val="Colorful Shading Accent 5"/>
    <w:basedOn w:val="Tabla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ombreadovistoso-nfasis6">
    <w:name w:val="Colorful Shading Accent 6"/>
    <w:basedOn w:val="Tabla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avistosa">
    <w:name w:val="Colorful List"/>
    <w:basedOn w:val="Tabla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avistosa-nfasis1">
    <w:name w:val="Colorful List Accent 1"/>
    <w:basedOn w:val="Tabla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avistosa-nfasis2">
    <w:name w:val="Colorful List Accent 2"/>
    <w:basedOn w:val="Tabla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avistosa-nfasis3">
    <w:name w:val="Colorful List Accent 3"/>
    <w:basedOn w:val="Tabla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avistosa-nfasis4">
    <w:name w:val="Colorful List Accent 4"/>
    <w:basedOn w:val="Tabla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avistosa-nfasis5">
    <w:name w:val="Colorful List Accent 5"/>
    <w:basedOn w:val="Tabla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avistosa-nfasis6">
    <w:name w:val="Colorful List Accent 6"/>
    <w:basedOn w:val="Tabla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uadrculavistosa">
    <w:name w:val="Colorful Grid"/>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vistosa-nfasis1">
    <w:name w:val="Colorful Grid Accent 1"/>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vistosa-nfasis2">
    <w:name w:val="Colorful Grid Accent 2"/>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vistosa-nfasis3">
    <w:name w:val="Colorful Grid Accent 3"/>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vistosa-nfasis4">
    <w:name w:val="Colorful Grid Accent 4"/>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vistosa-nfasis5">
    <w:name w:val="Colorful Grid Accent 5"/>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vistosa-nfasis6">
    <w:name w:val="Colorful Grid Accent 6"/>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Fecha">
    <w:name w:val="Date"/>
    <w:basedOn w:val="Normal"/>
    <w:next w:val="Normal"/>
    <w:link w:val="FechaCar"/>
    <w:uiPriority w:val="99"/>
    <w:semiHidden/>
    <w:unhideWhenUsed/>
    <w:rsid w:val="00D5784E"/>
  </w:style>
  <w:style w:type="character" w:customStyle="1" w:styleId="FechaCar">
    <w:name w:val="Fecha Car"/>
    <w:basedOn w:val="Fuentedeprrafopredeter"/>
    <w:link w:val="Fecha"/>
    <w:uiPriority w:val="99"/>
    <w:semiHidden/>
    <w:rsid w:val="00D578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389</Words>
  <Characters>2141</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2525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Manuel Herranz Martín</cp:lastModifiedBy>
  <cp:revision>22</cp:revision>
  <cp:lastPrinted>2026-08-03T07:41:00Z</cp:lastPrinted>
  <dcterms:created xsi:type="dcterms:W3CDTF">2026-08-03T08:19:00Z</dcterms:created>
  <dcterms:modified xsi:type="dcterms:W3CDTF">2026-08-03T08:43:00Z</dcterms:modified>
  <cp:category/>
</cp:coreProperties>
</file>