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C880" w14:textId="77777777" w:rsidR="00FA4276" w:rsidRDefault="00FA4276" w:rsidP="00B8391E">
      <w:pPr>
        <w:spacing w:after="160" w:line="278" w:lineRule="auto"/>
        <w:jc w:val="center"/>
        <w:rPr>
          <w:rFonts w:ascii="Times New Roman" w:eastAsia="Times New Roman" w:hAnsi="Times New Roman" w:cs="Times New Roman"/>
          <w:sz w:val="24"/>
          <w:szCs w:val="24"/>
          <w:lang w:val="es-ES" w:eastAsia="zh-CN"/>
        </w:rPr>
      </w:pPr>
    </w:p>
    <w:p w14:paraId="53487A02" w14:textId="77777777" w:rsidR="007E545A" w:rsidRPr="00776E5A" w:rsidRDefault="007E545A" w:rsidP="00A842A3">
      <w:pPr>
        <w:spacing w:after="40"/>
        <w:jc w:val="center"/>
        <w:rPr>
          <w:b/>
          <w:sz w:val="36"/>
          <w:lang w:val="fr-BE"/>
        </w:rPr>
      </w:pPr>
      <w:r w:rsidRPr="00776E5A">
        <w:rPr>
          <w:b/>
          <w:sz w:val="36"/>
          <w:lang w:val="fr-BE"/>
        </w:rPr>
        <w:t>DÉCLARATION D’ADHÉSION</w:t>
      </w:r>
    </w:p>
    <w:p w14:paraId="61EE9F19" w14:textId="77777777" w:rsidR="00776E5A" w:rsidRDefault="00776E5A" w:rsidP="00A842A3">
      <w:pPr>
        <w:spacing w:after="80"/>
        <w:jc w:val="center"/>
        <w:rPr>
          <w:lang w:val="fr-BE"/>
        </w:rPr>
      </w:pPr>
      <w:proofErr w:type="gramStart"/>
      <w:r w:rsidRPr="00776E5A">
        <w:rPr>
          <w:lang w:val="fr-BE"/>
        </w:rPr>
        <w:t>à</w:t>
      </w:r>
      <w:proofErr w:type="gramEnd"/>
      <w:r w:rsidRPr="00776E5A">
        <w:rPr>
          <w:lang w:val="fr-BE"/>
        </w:rPr>
        <w:t xml:space="preserve"> l’</w:t>
      </w:r>
      <w:r w:rsidRPr="00776E5A">
        <w:rPr>
          <w:b/>
          <w:bCs/>
          <w:lang w:val="fr-BE"/>
        </w:rPr>
        <w:t>APPEL À UNE CONFÉRENCE MONDIALE DE RÉCONCILIATION, DE PAIX ET DE DÉSARMEMENT</w:t>
      </w:r>
    </w:p>
    <w:p w14:paraId="6DA59198" w14:textId="1E1D37B3" w:rsidR="00A842A3" w:rsidRPr="00776E5A" w:rsidRDefault="00A842A3" w:rsidP="00A842A3">
      <w:pPr>
        <w:spacing w:after="80"/>
        <w:jc w:val="center"/>
        <w:rPr>
          <w:b/>
          <w:bCs/>
          <w:lang w:val="fr-BE"/>
        </w:rPr>
      </w:pPr>
      <w:r w:rsidRPr="00776E5A">
        <w:rPr>
          <w:b/>
          <w:bCs/>
          <w:lang w:val="fr-BE"/>
        </w:rPr>
        <w:t>30 de mayo de 2027</w:t>
      </w:r>
    </w:p>
    <w:p w14:paraId="012BED31" w14:textId="12F42760" w:rsidR="00A842A3" w:rsidRPr="00B32507" w:rsidRDefault="00A842A3" w:rsidP="007F116F">
      <w:pPr>
        <w:spacing w:before="80" w:after="20"/>
        <w:jc w:val="center"/>
        <w:rPr>
          <w:lang w:val="es-ES"/>
        </w:rPr>
      </w:pPr>
      <w:r w:rsidRPr="001938CA">
        <w:rPr>
          <w:sz w:val="20"/>
          <w:lang w:val="es-ES"/>
        </w:rPr>
        <w:t xml:space="preserve">— </w:t>
      </w:r>
      <w:r w:rsidR="007F116F" w:rsidRPr="00CE467A">
        <w:rPr>
          <w:rFonts w:ascii="Segoe UI Symbol" w:hAnsi="Segoe UI Symbol" w:cs="Segoe UI Symbol"/>
          <w:sz w:val="28"/>
          <w:lang w:val="es-ES"/>
        </w:rPr>
        <w:t>❦</w:t>
      </w:r>
      <w:r w:rsidRPr="001938CA">
        <w:rPr>
          <w:sz w:val="20"/>
          <w:lang w:val="es-ES"/>
        </w:rPr>
        <w:t>—</w:t>
      </w:r>
    </w:p>
    <w:p w14:paraId="6D50C55B" w14:textId="77777777" w:rsidR="00D0108C" w:rsidRPr="00D0108C" w:rsidRDefault="00D0108C" w:rsidP="00D0108C">
      <w:pPr>
        <w:spacing w:before="80" w:after="20"/>
        <w:jc w:val="center"/>
        <w:rPr>
          <w:rFonts w:eastAsia="Times New Roman" w:cs="Times New Roman"/>
          <w:lang w:val="fr-BE" w:eastAsia="zh-CN"/>
        </w:rPr>
      </w:pPr>
      <w:r w:rsidRPr="00D0108C">
        <w:rPr>
          <w:rFonts w:eastAsia="Times New Roman" w:cs="Times New Roman"/>
          <w:lang w:val="fr-BE" w:eastAsia="zh-CN"/>
        </w:rPr>
        <w:t>L’organisation soussignée souhaite la coexistence de tous les êtres humains dans la paix et la concorde et déclare son adhésion à l’Appel à une Conférence mondiale de réconciliation, de paix et de désarmement, prévue pour le 30 mai 2027.</w:t>
      </w:r>
    </w:p>
    <w:p w14:paraId="4EB01670" w14:textId="77777777" w:rsidR="00D0108C" w:rsidRPr="00D0108C" w:rsidRDefault="00D0108C" w:rsidP="00D0108C">
      <w:pPr>
        <w:spacing w:before="80" w:after="20"/>
        <w:jc w:val="center"/>
        <w:rPr>
          <w:rFonts w:eastAsia="Times New Roman" w:cs="Times New Roman"/>
          <w:lang w:val="fr-BE" w:eastAsia="zh-CN"/>
        </w:rPr>
      </w:pPr>
    </w:p>
    <w:p w14:paraId="5459B38F" w14:textId="77777777" w:rsidR="00D0108C" w:rsidRPr="00D0108C" w:rsidRDefault="00D0108C" w:rsidP="00D0108C">
      <w:pPr>
        <w:spacing w:before="80" w:after="20"/>
        <w:jc w:val="center"/>
        <w:rPr>
          <w:rFonts w:eastAsia="Times New Roman" w:cs="Times New Roman"/>
          <w:lang w:val="fr-BE" w:eastAsia="zh-CN"/>
        </w:rPr>
      </w:pPr>
      <w:r w:rsidRPr="00D0108C">
        <w:rPr>
          <w:rFonts w:eastAsia="Times New Roman" w:cs="Times New Roman"/>
          <w:lang w:val="fr-BE" w:eastAsia="zh-CN"/>
        </w:rPr>
        <w:t>La finalité de causer du tort, qui constitue l’arme, empêche la réciprocité sur laquelle reposent la justice et la possibilité même de la coexistence humaine, car elle oppose les volontés les unes aux autres en poussant chacune à s’armer et à désarmer les autres.</w:t>
      </w:r>
    </w:p>
    <w:p w14:paraId="104A4BDF" w14:textId="77777777" w:rsidR="00D0108C" w:rsidRPr="00D0108C" w:rsidRDefault="00D0108C" w:rsidP="00D0108C">
      <w:pPr>
        <w:spacing w:before="80" w:after="20"/>
        <w:jc w:val="center"/>
        <w:rPr>
          <w:rFonts w:eastAsia="Times New Roman" w:cs="Times New Roman"/>
          <w:lang w:val="fr-BE" w:eastAsia="zh-CN"/>
        </w:rPr>
      </w:pPr>
    </w:p>
    <w:p w14:paraId="0D4D521A" w14:textId="77777777" w:rsidR="00D0108C" w:rsidRPr="00D0108C" w:rsidRDefault="00D0108C" w:rsidP="00D0108C">
      <w:pPr>
        <w:spacing w:before="80" w:after="20"/>
        <w:jc w:val="center"/>
        <w:rPr>
          <w:rFonts w:eastAsia="Times New Roman" w:cs="Times New Roman"/>
          <w:lang w:val="fr-BE" w:eastAsia="zh-CN"/>
        </w:rPr>
      </w:pPr>
      <w:r w:rsidRPr="00D0108C">
        <w:rPr>
          <w:rFonts w:eastAsia="Times New Roman" w:cs="Times New Roman"/>
          <w:lang w:val="fr-BE" w:eastAsia="zh-CN"/>
        </w:rPr>
        <w:t>Le fondement de la réconciliation et le chemin vers la paix et la concorde humaines résident dans le désarmement par un accord libre et universel, qui marque le début de notre coopération et réoriente notre volonté et nos ressources vers le bien commun.</w:t>
      </w:r>
    </w:p>
    <w:p w14:paraId="6A5369BD" w14:textId="77777777" w:rsidR="00D0108C" w:rsidRPr="00D0108C" w:rsidRDefault="00D0108C" w:rsidP="00D0108C">
      <w:pPr>
        <w:spacing w:before="80" w:after="20"/>
        <w:jc w:val="center"/>
        <w:rPr>
          <w:rFonts w:eastAsia="Times New Roman" w:cs="Times New Roman"/>
          <w:lang w:val="fr-BE" w:eastAsia="zh-CN"/>
        </w:rPr>
      </w:pPr>
    </w:p>
    <w:p w14:paraId="3EE2D497" w14:textId="1D0C5DA4" w:rsidR="007F116F" w:rsidRPr="00B32507" w:rsidRDefault="00D0108C" w:rsidP="00D0108C">
      <w:pPr>
        <w:spacing w:before="80" w:after="20"/>
        <w:jc w:val="center"/>
        <w:rPr>
          <w:lang w:val="es-ES"/>
        </w:rPr>
      </w:pPr>
      <w:r w:rsidRPr="00D0108C">
        <w:rPr>
          <w:rFonts w:eastAsia="Times New Roman" w:cs="Times New Roman"/>
          <w:lang w:val="fr-BE" w:eastAsia="zh-CN"/>
        </w:rPr>
        <w:t xml:space="preserve">C’est pourquoi, pour que la Conférence puisse se tenir, nous demandons la suspension universelle de l’utilisation et du développement des armes, car rechercher à la fois la paix et le mal que l’on veut causer est une contradiction et une </w:t>
      </w:r>
      <w:proofErr w:type="gramStart"/>
      <w:r w:rsidRPr="00D0108C">
        <w:rPr>
          <w:rFonts w:eastAsia="Times New Roman" w:cs="Times New Roman"/>
          <w:lang w:val="fr-BE" w:eastAsia="zh-CN"/>
        </w:rPr>
        <w:t>absurdité.</w:t>
      </w:r>
      <w:r w:rsidR="007F116F" w:rsidRPr="00D0108C">
        <w:rPr>
          <w:sz w:val="20"/>
          <w:lang w:val="fr-BE"/>
        </w:rPr>
        <w:t>—</w:t>
      </w:r>
      <w:proofErr w:type="gramEnd"/>
      <w:r w:rsidR="007F116F" w:rsidRPr="00D0108C">
        <w:rPr>
          <w:sz w:val="20"/>
          <w:lang w:val="fr-BE"/>
        </w:rPr>
        <w:t xml:space="preserve"> </w:t>
      </w:r>
      <w:r w:rsidR="007F116F" w:rsidRPr="00CE467A">
        <w:rPr>
          <w:rFonts w:ascii="Segoe UI Symbol" w:hAnsi="Segoe UI Symbol" w:cs="Segoe UI Symbol"/>
          <w:sz w:val="28"/>
          <w:lang w:val="es-ES"/>
        </w:rPr>
        <w:t>❦</w:t>
      </w:r>
      <w:r w:rsidR="007F116F" w:rsidRPr="001938CA">
        <w:rPr>
          <w:sz w:val="20"/>
          <w:lang w:val="es-ES"/>
        </w:rPr>
        <w:t>—</w:t>
      </w:r>
    </w:p>
    <w:p w14:paraId="6CDDCE6C" w14:textId="019D4154" w:rsidR="00C73E11" w:rsidRPr="001938CA" w:rsidRDefault="00C73E11" w:rsidP="009B5D8D">
      <w:pPr>
        <w:spacing w:after="120"/>
        <w:rPr>
          <w:lang w:val="es-ES"/>
        </w:rPr>
      </w:pPr>
    </w:p>
    <w:p w14:paraId="029C60AB" w14:textId="04340604" w:rsidR="005013AA" w:rsidRPr="005013AA" w:rsidRDefault="005013AA" w:rsidP="00AB0F82">
      <w:pPr>
        <w:spacing w:after="20"/>
        <w:rPr>
          <w:b/>
          <w:lang w:val="fr-BE"/>
        </w:rPr>
      </w:pPr>
      <w:r w:rsidRPr="005013AA">
        <w:rPr>
          <w:b/>
          <w:lang w:val="fr-BE"/>
        </w:rPr>
        <w:t>L’organisation</w:t>
      </w:r>
      <w:proofErr w:type="gramStart"/>
      <w:r w:rsidRPr="005013AA">
        <w:rPr>
          <w:b/>
          <w:lang w:val="fr-BE"/>
        </w:rPr>
        <w:t xml:space="preserve"> :....................................................................................</w:t>
      </w:r>
      <w:proofErr w:type="gramEnd"/>
    </w:p>
    <w:p w14:paraId="44352536" w14:textId="77777777" w:rsidR="005013AA" w:rsidRPr="005013AA" w:rsidRDefault="005013AA" w:rsidP="005013AA">
      <w:pPr>
        <w:spacing w:after="20"/>
        <w:jc w:val="center"/>
        <w:rPr>
          <w:b/>
          <w:lang w:val="fr-BE"/>
        </w:rPr>
      </w:pPr>
    </w:p>
    <w:p w14:paraId="45E15F16" w14:textId="77777777" w:rsidR="005013AA" w:rsidRPr="005013AA" w:rsidRDefault="005013AA" w:rsidP="005013AA">
      <w:pPr>
        <w:spacing w:after="20"/>
        <w:jc w:val="center"/>
        <w:rPr>
          <w:b/>
          <w:lang w:val="fr-BE"/>
        </w:rPr>
      </w:pPr>
      <w:proofErr w:type="gramStart"/>
      <w:r w:rsidRPr="005013AA">
        <w:rPr>
          <w:b/>
          <w:lang w:val="fr-BE"/>
        </w:rPr>
        <w:t>adhère</w:t>
      </w:r>
      <w:proofErr w:type="gramEnd"/>
      <w:r w:rsidRPr="005013AA">
        <w:rPr>
          <w:b/>
          <w:lang w:val="fr-BE"/>
        </w:rPr>
        <w:t xml:space="preserve"> à l’APPEL</w:t>
      </w:r>
    </w:p>
    <w:p w14:paraId="7209B0FF" w14:textId="77777777" w:rsidR="005013AA" w:rsidRPr="005013AA" w:rsidRDefault="005013AA" w:rsidP="005013AA">
      <w:pPr>
        <w:spacing w:after="20"/>
        <w:jc w:val="center"/>
        <w:rPr>
          <w:b/>
          <w:lang w:val="fr-BE"/>
        </w:rPr>
      </w:pPr>
    </w:p>
    <w:p w14:paraId="2753F5CF" w14:textId="0051383D" w:rsidR="005013AA" w:rsidRPr="005013AA" w:rsidRDefault="005013AA" w:rsidP="00AB0F82">
      <w:pPr>
        <w:spacing w:after="20"/>
        <w:rPr>
          <w:b/>
          <w:lang w:val="fr-BE"/>
        </w:rPr>
      </w:pPr>
      <w:r w:rsidRPr="005013AA">
        <w:rPr>
          <w:b/>
          <w:lang w:val="fr-BE"/>
        </w:rPr>
        <w:t>Nom et fonction du signataire</w:t>
      </w:r>
      <w:proofErr w:type="gramStart"/>
      <w:r w:rsidRPr="005013AA">
        <w:rPr>
          <w:b/>
          <w:lang w:val="fr-BE"/>
        </w:rPr>
        <w:t xml:space="preserve"> :....................................................................................</w:t>
      </w:r>
      <w:proofErr w:type="gramEnd"/>
    </w:p>
    <w:p w14:paraId="5B09D493" w14:textId="77777777" w:rsidR="005013AA" w:rsidRPr="005013AA" w:rsidRDefault="005013AA" w:rsidP="005013AA">
      <w:pPr>
        <w:spacing w:after="20"/>
        <w:jc w:val="center"/>
        <w:rPr>
          <w:b/>
          <w:lang w:val="fr-BE"/>
        </w:rPr>
      </w:pPr>
    </w:p>
    <w:p w14:paraId="7C087CC5" w14:textId="3CF75A80" w:rsidR="005013AA" w:rsidRPr="005013AA" w:rsidRDefault="005013AA" w:rsidP="00AB0F82">
      <w:pPr>
        <w:spacing w:after="20"/>
        <w:rPr>
          <w:b/>
          <w:lang w:val="fr-BE"/>
        </w:rPr>
      </w:pPr>
      <w:r w:rsidRPr="005013AA">
        <w:rPr>
          <w:b/>
          <w:lang w:val="fr-BE"/>
        </w:rPr>
        <w:t>Lieu et date</w:t>
      </w:r>
      <w:proofErr w:type="gramStart"/>
      <w:r w:rsidRPr="005013AA">
        <w:rPr>
          <w:b/>
          <w:lang w:val="fr-BE"/>
        </w:rPr>
        <w:t xml:space="preserve"> :....................................................................................</w:t>
      </w:r>
      <w:proofErr w:type="gramEnd"/>
    </w:p>
    <w:p w14:paraId="6CA78567" w14:textId="77777777" w:rsidR="005013AA" w:rsidRPr="005013AA" w:rsidRDefault="005013AA" w:rsidP="005013AA">
      <w:pPr>
        <w:spacing w:after="20"/>
        <w:jc w:val="center"/>
        <w:rPr>
          <w:b/>
          <w:lang w:val="fr-BE"/>
        </w:rPr>
      </w:pPr>
    </w:p>
    <w:p w14:paraId="7D13FEB7" w14:textId="29A6EA6E" w:rsidR="005013AA" w:rsidRPr="005013AA" w:rsidRDefault="005013AA" w:rsidP="00AB0F82">
      <w:pPr>
        <w:spacing w:after="20"/>
        <w:rPr>
          <w:b/>
          <w:lang w:val="fr-BE"/>
        </w:rPr>
      </w:pPr>
      <w:r w:rsidRPr="005013AA">
        <w:rPr>
          <w:b/>
          <w:lang w:val="fr-BE"/>
        </w:rPr>
        <w:t>Signature</w:t>
      </w:r>
      <w:proofErr w:type="gramStart"/>
      <w:r w:rsidRPr="005013AA">
        <w:rPr>
          <w:b/>
          <w:lang w:val="fr-BE"/>
        </w:rPr>
        <w:t xml:space="preserve"> :....................................................................................</w:t>
      </w:r>
      <w:proofErr w:type="gramEnd"/>
    </w:p>
    <w:p w14:paraId="031FADD1" w14:textId="77777777" w:rsidR="005013AA" w:rsidRPr="005013AA" w:rsidRDefault="005013AA" w:rsidP="005013AA">
      <w:pPr>
        <w:spacing w:after="20"/>
        <w:jc w:val="center"/>
        <w:rPr>
          <w:b/>
          <w:lang w:val="fr-BE"/>
        </w:rPr>
      </w:pPr>
    </w:p>
    <w:p w14:paraId="53FACA30" w14:textId="77777777" w:rsidR="00042CF9" w:rsidRDefault="00042CF9" w:rsidP="00042CF9">
      <w:pPr>
        <w:spacing w:after="20"/>
        <w:jc w:val="center"/>
        <w:rPr>
          <w:bCs/>
          <w:sz w:val="20"/>
          <w:szCs w:val="20"/>
          <w:lang w:val="fr-BE"/>
        </w:rPr>
      </w:pPr>
    </w:p>
    <w:p w14:paraId="38AD0739" w14:textId="77777777" w:rsidR="00042CF9" w:rsidRDefault="00042CF9" w:rsidP="00042CF9">
      <w:pPr>
        <w:spacing w:after="20"/>
        <w:jc w:val="center"/>
        <w:rPr>
          <w:bCs/>
          <w:sz w:val="20"/>
          <w:szCs w:val="20"/>
          <w:lang w:val="fr-BE"/>
        </w:rPr>
      </w:pPr>
    </w:p>
    <w:p w14:paraId="159C6158" w14:textId="77777777" w:rsidR="00042CF9" w:rsidRDefault="00042CF9" w:rsidP="00042CF9">
      <w:pPr>
        <w:spacing w:after="20"/>
        <w:jc w:val="center"/>
        <w:rPr>
          <w:bCs/>
          <w:sz w:val="20"/>
          <w:szCs w:val="20"/>
          <w:lang w:val="fr-BE"/>
        </w:rPr>
      </w:pPr>
    </w:p>
    <w:p w14:paraId="4C56EA13" w14:textId="15AD20CF" w:rsidR="00042CF9" w:rsidRDefault="005013AA" w:rsidP="00042CF9">
      <w:pPr>
        <w:spacing w:after="20"/>
        <w:jc w:val="center"/>
        <w:rPr>
          <w:bCs/>
          <w:sz w:val="20"/>
          <w:szCs w:val="20"/>
          <w:lang w:val="fr-BE"/>
        </w:rPr>
      </w:pPr>
      <w:r w:rsidRPr="005013AA">
        <w:rPr>
          <w:bCs/>
          <w:sz w:val="20"/>
          <w:szCs w:val="20"/>
          <w:lang w:val="fr-BE"/>
        </w:rPr>
        <w:t xml:space="preserve">Cette adhésion s’inscrit dans l’initiative visant à promouvoir la convocation d’une Conférence mondiale de réconciliation, de paix et de désarmement le 30 mai 2027.Une fois signée, nous vous prions de l’envoyer à </w:t>
      </w:r>
      <w:hyperlink r:id="rId6" w:history="1">
        <w:r w:rsidR="00042CF9" w:rsidRPr="00761D14">
          <w:rPr>
            <w:rStyle w:val="Hipervnculo"/>
            <w:bCs/>
            <w:sz w:val="20"/>
            <w:szCs w:val="20"/>
            <w:lang w:val="fr-BE"/>
          </w:rPr>
          <w:t>info@human-unity.org</w:t>
        </w:r>
      </w:hyperlink>
      <w:r w:rsidR="00042CF9">
        <w:rPr>
          <w:bCs/>
          <w:sz w:val="20"/>
          <w:szCs w:val="20"/>
          <w:lang w:val="fr-BE"/>
        </w:rPr>
        <w:t xml:space="preserve"> </w:t>
      </w:r>
      <w:r w:rsidRPr="005013AA">
        <w:rPr>
          <w:bCs/>
          <w:sz w:val="20"/>
          <w:szCs w:val="20"/>
          <w:lang w:val="fr-BE"/>
        </w:rPr>
        <w:t>afin de rassembler les adhésions qui accompagneront la présentation de l’Appel aux États et aux Nations Unies.</w:t>
      </w:r>
    </w:p>
    <w:p w14:paraId="069512D6" w14:textId="77777777" w:rsidR="00042CF9" w:rsidRDefault="00042CF9" w:rsidP="00042CF9">
      <w:pPr>
        <w:spacing w:after="20"/>
        <w:jc w:val="center"/>
        <w:rPr>
          <w:bCs/>
          <w:sz w:val="20"/>
          <w:szCs w:val="20"/>
          <w:lang w:val="fr-BE"/>
        </w:rPr>
      </w:pPr>
    </w:p>
    <w:p w14:paraId="746E3885" w14:textId="77777777" w:rsidR="00042CF9" w:rsidRPr="005013AA" w:rsidRDefault="00042CF9" w:rsidP="005013AA">
      <w:pPr>
        <w:spacing w:after="20"/>
        <w:jc w:val="center"/>
        <w:rPr>
          <w:bCs/>
          <w:sz w:val="20"/>
          <w:szCs w:val="20"/>
          <w:lang w:val="fr-BE"/>
        </w:rPr>
      </w:pPr>
    </w:p>
    <w:p w14:paraId="5EB0E23B" w14:textId="77777777" w:rsidR="005013AA" w:rsidRPr="005013AA" w:rsidRDefault="005013AA" w:rsidP="005013AA">
      <w:pPr>
        <w:spacing w:after="20"/>
        <w:jc w:val="center"/>
        <w:rPr>
          <w:b/>
          <w:lang w:val="fr-BE"/>
        </w:rPr>
      </w:pPr>
    </w:p>
    <w:p w14:paraId="5421ADDE" w14:textId="0D72C11E" w:rsidR="00C73E11" w:rsidRPr="005013AA" w:rsidRDefault="00E45908" w:rsidP="005013AA">
      <w:pPr>
        <w:spacing w:after="20"/>
        <w:jc w:val="center"/>
        <w:rPr>
          <w:lang w:val="fr-BE"/>
        </w:rPr>
      </w:pPr>
      <w:r w:rsidRPr="005013AA">
        <w:rPr>
          <w:sz w:val="16"/>
          <w:lang w:val="fr-BE"/>
        </w:rPr>
        <w:t>────────────   www.human-unity.org   ────────────</w:t>
      </w:r>
    </w:p>
    <w:sectPr w:rsidR="00C73E11" w:rsidRPr="005013AA" w:rsidSect="00034616">
      <w:pgSz w:w="12240" w:h="15840"/>
      <w:pgMar w:top="964" w:right="1191" w:bottom="850" w:left="1191" w:header="720" w:footer="720" w:gutter="0"/>
      <w:pgBorders w:offsetFrom="page">
        <w:top w:val="double" w:sz="8" w:space="18" w:color="777777"/>
        <w:left w:val="double" w:sz="8" w:space="18" w:color="777777"/>
        <w:bottom w:val="double" w:sz="8" w:space="18" w:color="777777"/>
        <w:right w:val="double" w:sz="8" w:space="18" w:color="777777"/>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03136070">
    <w:abstractNumId w:val="8"/>
  </w:num>
  <w:num w:numId="2" w16cid:durableId="1666516119">
    <w:abstractNumId w:val="6"/>
  </w:num>
  <w:num w:numId="3" w16cid:durableId="454300639">
    <w:abstractNumId w:val="5"/>
  </w:num>
  <w:num w:numId="4" w16cid:durableId="976451061">
    <w:abstractNumId w:val="4"/>
  </w:num>
  <w:num w:numId="5" w16cid:durableId="311642741">
    <w:abstractNumId w:val="7"/>
  </w:num>
  <w:num w:numId="6" w16cid:durableId="532691091">
    <w:abstractNumId w:val="3"/>
  </w:num>
  <w:num w:numId="7" w16cid:durableId="248201021">
    <w:abstractNumId w:val="2"/>
  </w:num>
  <w:num w:numId="8" w16cid:durableId="813722907">
    <w:abstractNumId w:val="1"/>
  </w:num>
  <w:num w:numId="9" w16cid:durableId="62130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523"/>
    <w:rsid w:val="00017531"/>
    <w:rsid w:val="00034616"/>
    <w:rsid w:val="00042CF9"/>
    <w:rsid w:val="000441B9"/>
    <w:rsid w:val="000469D6"/>
    <w:rsid w:val="0005098B"/>
    <w:rsid w:val="00051676"/>
    <w:rsid w:val="00051B25"/>
    <w:rsid w:val="0006063C"/>
    <w:rsid w:val="000A6ED6"/>
    <w:rsid w:val="000B1F9E"/>
    <w:rsid w:val="000C6C3C"/>
    <w:rsid w:val="000D0EBE"/>
    <w:rsid w:val="000D6934"/>
    <w:rsid w:val="00120496"/>
    <w:rsid w:val="001255B4"/>
    <w:rsid w:val="0015074B"/>
    <w:rsid w:val="00177984"/>
    <w:rsid w:val="001938CA"/>
    <w:rsid w:val="001A06EA"/>
    <w:rsid w:val="001A1087"/>
    <w:rsid w:val="001A484A"/>
    <w:rsid w:val="001B078D"/>
    <w:rsid w:val="001D4C6E"/>
    <w:rsid w:val="001E54E7"/>
    <w:rsid w:val="00207405"/>
    <w:rsid w:val="00217682"/>
    <w:rsid w:val="00220C83"/>
    <w:rsid w:val="00230A52"/>
    <w:rsid w:val="00253979"/>
    <w:rsid w:val="00257B07"/>
    <w:rsid w:val="00283ECB"/>
    <w:rsid w:val="0029639D"/>
    <w:rsid w:val="00296EA8"/>
    <w:rsid w:val="002A30AB"/>
    <w:rsid w:val="002F3C2C"/>
    <w:rsid w:val="002F4CDA"/>
    <w:rsid w:val="002F60DE"/>
    <w:rsid w:val="00326F90"/>
    <w:rsid w:val="003745CE"/>
    <w:rsid w:val="00377FC5"/>
    <w:rsid w:val="00413B08"/>
    <w:rsid w:val="00450D6B"/>
    <w:rsid w:val="004631C4"/>
    <w:rsid w:val="00465A67"/>
    <w:rsid w:val="00486DF3"/>
    <w:rsid w:val="00486E6C"/>
    <w:rsid w:val="00497BEB"/>
    <w:rsid w:val="004C0627"/>
    <w:rsid w:val="004E6381"/>
    <w:rsid w:val="004F5D62"/>
    <w:rsid w:val="005013AA"/>
    <w:rsid w:val="005068BF"/>
    <w:rsid w:val="00513C6A"/>
    <w:rsid w:val="00520A56"/>
    <w:rsid w:val="00544D8A"/>
    <w:rsid w:val="00550430"/>
    <w:rsid w:val="005663F5"/>
    <w:rsid w:val="00590C80"/>
    <w:rsid w:val="005D0F48"/>
    <w:rsid w:val="005F2380"/>
    <w:rsid w:val="00606BDB"/>
    <w:rsid w:val="00617EE3"/>
    <w:rsid w:val="00662B54"/>
    <w:rsid w:val="00690B88"/>
    <w:rsid w:val="006925AB"/>
    <w:rsid w:val="006A5BF4"/>
    <w:rsid w:val="006B27A8"/>
    <w:rsid w:val="007167B5"/>
    <w:rsid w:val="007552A6"/>
    <w:rsid w:val="0076324B"/>
    <w:rsid w:val="00763D74"/>
    <w:rsid w:val="00766833"/>
    <w:rsid w:val="00776E5A"/>
    <w:rsid w:val="00787608"/>
    <w:rsid w:val="007A0061"/>
    <w:rsid w:val="007A0563"/>
    <w:rsid w:val="007B62DE"/>
    <w:rsid w:val="007C70C6"/>
    <w:rsid w:val="007E545A"/>
    <w:rsid w:val="007F116F"/>
    <w:rsid w:val="007F1E6A"/>
    <w:rsid w:val="007F69C7"/>
    <w:rsid w:val="008045D6"/>
    <w:rsid w:val="008203E2"/>
    <w:rsid w:val="00855B1C"/>
    <w:rsid w:val="008646DC"/>
    <w:rsid w:val="008679CB"/>
    <w:rsid w:val="00887DFC"/>
    <w:rsid w:val="00893DFD"/>
    <w:rsid w:val="00895E5A"/>
    <w:rsid w:val="008A3999"/>
    <w:rsid w:val="008F7D43"/>
    <w:rsid w:val="00901210"/>
    <w:rsid w:val="00954C2F"/>
    <w:rsid w:val="00960E78"/>
    <w:rsid w:val="0096306C"/>
    <w:rsid w:val="00964442"/>
    <w:rsid w:val="00964CD9"/>
    <w:rsid w:val="00971CE0"/>
    <w:rsid w:val="00972849"/>
    <w:rsid w:val="009741A5"/>
    <w:rsid w:val="00982E86"/>
    <w:rsid w:val="00991AD4"/>
    <w:rsid w:val="009972AA"/>
    <w:rsid w:val="009B1423"/>
    <w:rsid w:val="009B5D8D"/>
    <w:rsid w:val="009D3B65"/>
    <w:rsid w:val="00A34DA7"/>
    <w:rsid w:val="00A40F8A"/>
    <w:rsid w:val="00A428B0"/>
    <w:rsid w:val="00A513C0"/>
    <w:rsid w:val="00A55850"/>
    <w:rsid w:val="00A62219"/>
    <w:rsid w:val="00A7120B"/>
    <w:rsid w:val="00A729FD"/>
    <w:rsid w:val="00A8192A"/>
    <w:rsid w:val="00A842A3"/>
    <w:rsid w:val="00A9085B"/>
    <w:rsid w:val="00A9790C"/>
    <w:rsid w:val="00AA1D8D"/>
    <w:rsid w:val="00AA4BA8"/>
    <w:rsid w:val="00AA574C"/>
    <w:rsid w:val="00AB0F82"/>
    <w:rsid w:val="00AE1C5E"/>
    <w:rsid w:val="00AE5172"/>
    <w:rsid w:val="00AF6F5F"/>
    <w:rsid w:val="00B2741C"/>
    <w:rsid w:val="00B32507"/>
    <w:rsid w:val="00B45572"/>
    <w:rsid w:val="00B47730"/>
    <w:rsid w:val="00B8391E"/>
    <w:rsid w:val="00B97EE4"/>
    <w:rsid w:val="00BE1398"/>
    <w:rsid w:val="00BE2C4D"/>
    <w:rsid w:val="00BF0F99"/>
    <w:rsid w:val="00C142CB"/>
    <w:rsid w:val="00C25773"/>
    <w:rsid w:val="00C360DD"/>
    <w:rsid w:val="00C3699E"/>
    <w:rsid w:val="00C51597"/>
    <w:rsid w:val="00C62A82"/>
    <w:rsid w:val="00C73E11"/>
    <w:rsid w:val="00CB0664"/>
    <w:rsid w:val="00CE467A"/>
    <w:rsid w:val="00CF774F"/>
    <w:rsid w:val="00D0108C"/>
    <w:rsid w:val="00D07B92"/>
    <w:rsid w:val="00D163C5"/>
    <w:rsid w:val="00D20E8C"/>
    <w:rsid w:val="00D27EC0"/>
    <w:rsid w:val="00D73D13"/>
    <w:rsid w:val="00D7647E"/>
    <w:rsid w:val="00DB3564"/>
    <w:rsid w:val="00DB45C4"/>
    <w:rsid w:val="00DB7821"/>
    <w:rsid w:val="00DD2943"/>
    <w:rsid w:val="00DD5001"/>
    <w:rsid w:val="00DE21B1"/>
    <w:rsid w:val="00DE601F"/>
    <w:rsid w:val="00DE7B08"/>
    <w:rsid w:val="00E11422"/>
    <w:rsid w:val="00E2626A"/>
    <w:rsid w:val="00E408CE"/>
    <w:rsid w:val="00E43C83"/>
    <w:rsid w:val="00E45908"/>
    <w:rsid w:val="00E50950"/>
    <w:rsid w:val="00E60E26"/>
    <w:rsid w:val="00E80D65"/>
    <w:rsid w:val="00E95238"/>
    <w:rsid w:val="00EA50BF"/>
    <w:rsid w:val="00EA526C"/>
    <w:rsid w:val="00EA677D"/>
    <w:rsid w:val="00EC2863"/>
    <w:rsid w:val="00ED1325"/>
    <w:rsid w:val="00ED5C9A"/>
    <w:rsid w:val="00ED5D99"/>
    <w:rsid w:val="00EE2E37"/>
    <w:rsid w:val="00F072D3"/>
    <w:rsid w:val="00F11AF7"/>
    <w:rsid w:val="00F22ADD"/>
    <w:rsid w:val="00F272E3"/>
    <w:rsid w:val="00F32D88"/>
    <w:rsid w:val="00F34F04"/>
    <w:rsid w:val="00F6234F"/>
    <w:rsid w:val="00F85298"/>
    <w:rsid w:val="00F951A0"/>
    <w:rsid w:val="00FA4276"/>
    <w:rsid w:val="00FA6C58"/>
    <w:rsid w:val="00FB2684"/>
    <w:rsid w:val="00FB76E2"/>
    <w:rsid w:val="00FC3F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DC45B"/>
  <w14:defaultImageDpi w14:val="330"/>
  <w15:docId w15:val="{73A8DD93-7517-4887-9BCA-78EE3B48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16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120496"/>
    <w:pPr>
      <w:spacing w:before="100" w:beforeAutospacing="1" w:after="100" w:afterAutospacing="1" w:line="240" w:lineRule="auto"/>
    </w:pPr>
    <w:rPr>
      <w:rFonts w:ascii="Times New Roman" w:eastAsia="Times New Roman" w:hAnsi="Times New Roman" w:cs="Times New Roman"/>
      <w:sz w:val="24"/>
      <w:szCs w:val="24"/>
      <w:lang w:val="es-ES" w:eastAsia="zh-CN"/>
    </w:rPr>
  </w:style>
  <w:style w:type="paragraph" w:styleId="NormalWeb">
    <w:name w:val="Normal (Web)"/>
    <w:basedOn w:val="Normal"/>
    <w:uiPriority w:val="99"/>
    <w:semiHidden/>
    <w:unhideWhenUsed/>
    <w:rsid w:val="00120496"/>
    <w:pPr>
      <w:spacing w:before="100" w:beforeAutospacing="1" w:after="100" w:afterAutospacing="1" w:line="240" w:lineRule="auto"/>
    </w:pPr>
    <w:rPr>
      <w:rFonts w:ascii="Times New Roman" w:eastAsia="Times New Roman" w:hAnsi="Times New Roman" w:cs="Times New Roman"/>
      <w:sz w:val="24"/>
      <w:szCs w:val="24"/>
      <w:lang w:val="es-ES" w:eastAsia="zh-CN"/>
    </w:rPr>
  </w:style>
  <w:style w:type="character" w:styleId="Hipervnculo">
    <w:name w:val="Hyperlink"/>
    <w:basedOn w:val="Fuentedeprrafopredeter"/>
    <w:uiPriority w:val="99"/>
    <w:unhideWhenUsed/>
    <w:rsid w:val="00042CF9"/>
    <w:rPr>
      <w:color w:val="0000FF" w:themeColor="hyperlink"/>
      <w:u w:val="single"/>
    </w:rPr>
  </w:style>
  <w:style w:type="character" w:styleId="Mencinsinresolver">
    <w:name w:val="Unresolved Mention"/>
    <w:basedOn w:val="Fuentedeprrafopredeter"/>
    <w:uiPriority w:val="99"/>
    <w:semiHidden/>
    <w:unhideWhenUsed/>
    <w:rsid w:val="00042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human-unity.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Herranz Martín</cp:lastModifiedBy>
  <cp:revision>2</cp:revision>
  <dcterms:created xsi:type="dcterms:W3CDTF">2026-10-22T08:20:00Z</dcterms:created>
  <dcterms:modified xsi:type="dcterms:W3CDTF">2026-10-22T08:20:00Z</dcterms:modified>
  <cp:category/>
</cp:coreProperties>
</file>