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0C880" w14:textId="77777777" w:rsidR="00FA4276" w:rsidRDefault="00FA4276" w:rsidP="00B8391E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14:paraId="4338AA99" w14:textId="77777777" w:rsidR="007A742E" w:rsidRPr="00A35232" w:rsidRDefault="007A742E" w:rsidP="00A842A3">
      <w:pPr>
        <w:spacing w:after="40"/>
        <w:jc w:val="center"/>
        <w:rPr>
          <w:b/>
          <w:sz w:val="36"/>
        </w:rPr>
      </w:pPr>
      <w:r w:rsidRPr="00A35232">
        <w:rPr>
          <w:b/>
          <w:sz w:val="36"/>
        </w:rPr>
        <w:t>DECLARATION OF ENDORSEMENT</w:t>
      </w:r>
    </w:p>
    <w:p w14:paraId="3A564601" w14:textId="0A4CEA10" w:rsidR="00A35232" w:rsidRPr="00FE49F6" w:rsidRDefault="00A35232" w:rsidP="00FE49F6">
      <w:pPr>
        <w:spacing w:before="80" w:after="20"/>
        <w:jc w:val="center"/>
        <w:rPr>
          <w:b/>
          <w:bCs/>
        </w:rPr>
      </w:pPr>
      <w:r w:rsidRPr="00FE49F6">
        <w:rPr>
          <w:b/>
          <w:bCs/>
        </w:rPr>
        <w:t>to the CALL FOR A WORLD CONFERENCE ON RECONCILIATION, PEACE AND DISARMAMENT</w:t>
      </w:r>
    </w:p>
    <w:p w14:paraId="7F335948" w14:textId="77777777" w:rsidR="00FE49F6" w:rsidRPr="00565DD1" w:rsidRDefault="00A35232" w:rsidP="00A35232">
      <w:pPr>
        <w:spacing w:before="80" w:after="20"/>
        <w:jc w:val="center"/>
        <w:rPr>
          <w:b/>
          <w:bCs/>
        </w:rPr>
      </w:pPr>
      <w:r w:rsidRPr="00565DD1">
        <w:rPr>
          <w:b/>
          <w:bCs/>
        </w:rPr>
        <w:t>30 May 2027</w:t>
      </w:r>
    </w:p>
    <w:p w14:paraId="012BED31" w14:textId="1BE36F59" w:rsidR="00A842A3" w:rsidRPr="00565DD1" w:rsidRDefault="00A842A3" w:rsidP="00A35232">
      <w:pPr>
        <w:spacing w:before="80" w:after="20"/>
        <w:jc w:val="center"/>
      </w:pPr>
      <w:r w:rsidRPr="00565DD1">
        <w:rPr>
          <w:sz w:val="20"/>
        </w:rPr>
        <w:t xml:space="preserve">— </w:t>
      </w:r>
      <w:r w:rsidR="007F116F" w:rsidRPr="00565DD1">
        <w:rPr>
          <w:rFonts w:ascii="Segoe UI Symbol" w:hAnsi="Segoe UI Symbol" w:cs="Segoe UI Symbol"/>
          <w:sz w:val="28"/>
        </w:rPr>
        <w:t>❦</w:t>
      </w:r>
      <w:r w:rsidRPr="00565DD1">
        <w:rPr>
          <w:sz w:val="20"/>
        </w:rPr>
        <w:t>—</w:t>
      </w:r>
    </w:p>
    <w:p w14:paraId="57C65833" w14:textId="73B75DF4" w:rsidR="00565DD1" w:rsidRPr="00565DD1" w:rsidRDefault="004D1C7B" w:rsidP="00565DD1">
      <w:pPr>
        <w:spacing w:before="80" w:after="20"/>
        <w:jc w:val="center"/>
        <w:rPr>
          <w:rFonts w:eastAsia="Times New Roman" w:cs="Times New Roman"/>
          <w:lang w:eastAsia="zh-CN"/>
        </w:rPr>
      </w:pPr>
      <w:r w:rsidRPr="004D1C7B">
        <w:rPr>
          <w:rFonts w:eastAsia="Times New Roman" w:cs="Times New Roman"/>
          <w:lang w:eastAsia="zh-CN"/>
        </w:rPr>
        <w:t>The undersigned organization wishes for all human beings to live together in peace and harmony and hereby endorses the Call for a World Conference on Reconciliation, Peace and Disarmament, proposed for 30 May 2027.</w:t>
      </w:r>
    </w:p>
    <w:p w14:paraId="6F328F8A" w14:textId="77777777" w:rsidR="00565DD1" w:rsidRPr="00565DD1" w:rsidRDefault="00565DD1" w:rsidP="00565DD1">
      <w:pPr>
        <w:spacing w:before="80" w:after="20"/>
        <w:jc w:val="center"/>
        <w:rPr>
          <w:rFonts w:eastAsia="Times New Roman" w:cs="Times New Roman"/>
          <w:lang w:eastAsia="zh-CN"/>
        </w:rPr>
      </w:pPr>
      <w:r w:rsidRPr="00565DD1">
        <w:rPr>
          <w:rFonts w:eastAsia="Times New Roman" w:cs="Times New Roman"/>
          <w:lang w:eastAsia="zh-CN"/>
        </w:rPr>
        <w:t xml:space="preserve">The purpose of causing harm, which constitutes the weapon, prevents the reciprocity upon which justice and the very possibility of human coexistence are founded, because it sets human </w:t>
      </w:r>
      <w:proofErr w:type="gramStart"/>
      <w:r w:rsidRPr="00565DD1">
        <w:rPr>
          <w:rFonts w:eastAsia="Times New Roman" w:cs="Times New Roman"/>
          <w:lang w:eastAsia="zh-CN"/>
        </w:rPr>
        <w:t>wills</w:t>
      </w:r>
      <w:proofErr w:type="gramEnd"/>
      <w:r w:rsidRPr="00565DD1">
        <w:rPr>
          <w:rFonts w:eastAsia="Times New Roman" w:cs="Times New Roman"/>
          <w:lang w:eastAsia="zh-CN"/>
        </w:rPr>
        <w:t xml:space="preserve"> against one another, compelling each to arm itself and to disarm the others.</w:t>
      </w:r>
    </w:p>
    <w:p w14:paraId="01B99A5F" w14:textId="77777777" w:rsidR="00565DD1" w:rsidRPr="00565DD1" w:rsidRDefault="00565DD1" w:rsidP="00565DD1">
      <w:pPr>
        <w:spacing w:before="80" w:after="20"/>
        <w:jc w:val="center"/>
        <w:rPr>
          <w:rFonts w:eastAsia="Times New Roman" w:cs="Times New Roman"/>
          <w:lang w:eastAsia="zh-CN"/>
        </w:rPr>
      </w:pPr>
    </w:p>
    <w:p w14:paraId="4863DE17" w14:textId="77777777" w:rsidR="00565DD1" w:rsidRPr="00565DD1" w:rsidRDefault="00565DD1" w:rsidP="00565DD1">
      <w:pPr>
        <w:spacing w:before="80" w:after="20"/>
        <w:jc w:val="center"/>
        <w:rPr>
          <w:rFonts w:eastAsia="Times New Roman" w:cs="Times New Roman"/>
          <w:lang w:eastAsia="zh-CN"/>
        </w:rPr>
      </w:pPr>
      <w:r w:rsidRPr="00565DD1">
        <w:rPr>
          <w:rFonts w:eastAsia="Times New Roman" w:cs="Times New Roman"/>
          <w:lang w:eastAsia="zh-CN"/>
        </w:rPr>
        <w:t>The foundation of reconciliation, and the path towards human peace and harmony, is disarmament through a free and universal agreement, which initiates our cooperation and redirects our will and our resources towards the common good.</w:t>
      </w:r>
    </w:p>
    <w:p w14:paraId="3A4BFF4F" w14:textId="77777777" w:rsidR="00565DD1" w:rsidRPr="00565DD1" w:rsidRDefault="00565DD1" w:rsidP="00565DD1">
      <w:pPr>
        <w:spacing w:before="80" w:after="20"/>
        <w:jc w:val="center"/>
        <w:rPr>
          <w:rFonts w:eastAsia="Times New Roman" w:cs="Times New Roman"/>
          <w:lang w:eastAsia="zh-CN"/>
        </w:rPr>
      </w:pPr>
    </w:p>
    <w:p w14:paraId="350F255F" w14:textId="77777777" w:rsidR="00565DD1" w:rsidRDefault="00565DD1" w:rsidP="00565DD1">
      <w:pPr>
        <w:spacing w:before="80" w:after="20"/>
        <w:jc w:val="center"/>
        <w:rPr>
          <w:rFonts w:eastAsia="Times New Roman" w:cs="Times New Roman"/>
          <w:lang w:eastAsia="zh-CN"/>
        </w:rPr>
      </w:pPr>
      <w:r w:rsidRPr="00565DD1">
        <w:rPr>
          <w:rFonts w:eastAsia="Times New Roman" w:cs="Times New Roman"/>
          <w:lang w:eastAsia="zh-CN"/>
        </w:rPr>
        <w:t>Therefore, for the Conference to take place, we call for the universal suspension of both the use and the development of weapons, since seeking peace while seeking to cause harm is a contradiction and an absurdity.</w:t>
      </w:r>
    </w:p>
    <w:p w14:paraId="3EE2D497" w14:textId="274FA239" w:rsidR="007F116F" w:rsidRPr="00FA5E41" w:rsidRDefault="007F116F" w:rsidP="00565DD1">
      <w:pPr>
        <w:spacing w:before="80" w:after="20"/>
        <w:jc w:val="center"/>
      </w:pPr>
      <w:r w:rsidRPr="00565DD1">
        <w:rPr>
          <w:sz w:val="20"/>
        </w:rPr>
        <w:t xml:space="preserve">— </w:t>
      </w:r>
      <w:r w:rsidRPr="00FA5E41">
        <w:rPr>
          <w:rFonts w:ascii="Segoe UI Symbol" w:hAnsi="Segoe UI Symbol" w:cs="Segoe UI Symbol"/>
          <w:sz w:val="28"/>
        </w:rPr>
        <w:t>❦</w:t>
      </w:r>
      <w:r w:rsidRPr="00FA5E41">
        <w:rPr>
          <w:sz w:val="20"/>
        </w:rPr>
        <w:t>—</w:t>
      </w:r>
    </w:p>
    <w:p w14:paraId="6CDDCE6C" w14:textId="019D4154" w:rsidR="00C73E11" w:rsidRPr="00FA5E41" w:rsidRDefault="00C73E11" w:rsidP="009B5D8D">
      <w:pPr>
        <w:spacing w:after="120"/>
      </w:pPr>
    </w:p>
    <w:p w14:paraId="6D8D5083" w14:textId="040C94AC" w:rsidR="00FA5E41" w:rsidRPr="00FA5E41" w:rsidRDefault="00FA5E41" w:rsidP="00FA5E41">
      <w:pPr>
        <w:spacing w:after="20"/>
        <w:rPr>
          <w:b/>
        </w:rPr>
      </w:pPr>
      <w:proofErr w:type="gramStart"/>
      <w:r w:rsidRPr="00FA5E41">
        <w:rPr>
          <w:b/>
        </w:rPr>
        <w:t>Organization:....................................................................................</w:t>
      </w:r>
      <w:proofErr w:type="gramEnd"/>
    </w:p>
    <w:p w14:paraId="6156B516" w14:textId="77777777" w:rsidR="00FA5E41" w:rsidRPr="00FA5E41" w:rsidRDefault="00FA5E41" w:rsidP="00FA5E41">
      <w:pPr>
        <w:spacing w:after="20"/>
        <w:jc w:val="center"/>
        <w:rPr>
          <w:b/>
        </w:rPr>
      </w:pPr>
    </w:p>
    <w:p w14:paraId="55BB1752" w14:textId="05F45D48" w:rsidR="00FA5E41" w:rsidRDefault="0070187C" w:rsidP="00FA5E41">
      <w:pPr>
        <w:spacing w:after="20"/>
        <w:jc w:val="center"/>
        <w:rPr>
          <w:b/>
        </w:rPr>
      </w:pPr>
      <w:r w:rsidRPr="0070187C">
        <w:rPr>
          <w:b/>
        </w:rPr>
        <w:t>hereby endorses the CALL</w:t>
      </w:r>
    </w:p>
    <w:p w14:paraId="652C6444" w14:textId="77777777" w:rsidR="0070187C" w:rsidRPr="00FA5E41" w:rsidRDefault="0070187C" w:rsidP="00FA5E41">
      <w:pPr>
        <w:spacing w:after="20"/>
        <w:jc w:val="center"/>
        <w:rPr>
          <w:b/>
        </w:rPr>
      </w:pPr>
    </w:p>
    <w:p w14:paraId="005DF932" w14:textId="020581B3" w:rsidR="00FA5E41" w:rsidRPr="00FA5E41" w:rsidRDefault="00FA5E41" w:rsidP="00FA5E41">
      <w:pPr>
        <w:spacing w:after="20"/>
        <w:rPr>
          <w:b/>
        </w:rPr>
      </w:pPr>
      <w:r w:rsidRPr="00FA5E41">
        <w:rPr>
          <w:b/>
        </w:rPr>
        <w:t xml:space="preserve">Name and position of the </w:t>
      </w:r>
      <w:proofErr w:type="gramStart"/>
      <w:r w:rsidRPr="00FA5E41">
        <w:rPr>
          <w:b/>
        </w:rPr>
        <w:t>signatory:....................................................................................</w:t>
      </w:r>
      <w:proofErr w:type="gramEnd"/>
    </w:p>
    <w:p w14:paraId="302D9EC6" w14:textId="77777777" w:rsidR="00FA5E41" w:rsidRPr="00FA5E41" w:rsidRDefault="00FA5E41" w:rsidP="00FA5E41">
      <w:pPr>
        <w:spacing w:after="20"/>
        <w:jc w:val="center"/>
        <w:rPr>
          <w:b/>
        </w:rPr>
      </w:pPr>
    </w:p>
    <w:p w14:paraId="22489EAF" w14:textId="5AB3DCDE" w:rsidR="00FA5E41" w:rsidRPr="00FA5E41" w:rsidRDefault="00FA5E41" w:rsidP="00FA5E41">
      <w:pPr>
        <w:spacing w:after="20"/>
        <w:rPr>
          <w:b/>
        </w:rPr>
      </w:pPr>
      <w:r w:rsidRPr="00FA5E41">
        <w:rPr>
          <w:b/>
        </w:rPr>
        <w:t xml:space="preserve">Place and </w:t>
      </w:r>
      <w:proofErr w:type="gramStart"/>
      <w:r w:rsidRPr="00FA5E41">
        <w:rPr>
          <w:b/>
        </w:rPr>
        <w:t>date:....................................................................................</w:t>
      </w:r>
      <w:proofErr w:type="gramEnd"/>
    </w:p>
    <w:p w14:paraId="56FC6BDA" w14:textId="77777777" w:rsidR="00FA5E41" w:rsidRPr="00FA5E41" w:rsidRDefault="00FA5E41" w:rsidP="00FA5E41">
      <w:pPr>
        <w:spacing w:after="20"/>
        <w:jc w:val="center"/>
        <w:rPr>
          <w:b/>
        </w:rPr>
      </w:pPr>
    </w:p>
    <w:p w14:paraId="7D5FB5F7" w14:textId="6C01A67D" w:rsidR="00FA5E41" w:rsidRPr="00FA5E41" w:rsidRDefault="00FA5E41" w:rsidP="00FA5E41">
      <w:pPr>
        <w:spacing w:after="20"/>
        <w:rPr>
          <w:b/>
        </w:rPr>
      </w:pPr>
      <w:proofErr w:type="gramStart"/>
      <w:r w:rsidRPr="00FA5E41">
        <w:rPr>
          <w:b/>
        </w:rPr>
        <w:t>Signature:....................................................................................</w:t>
      </w:r>
      <w:proofErr w:type="gramEnd"/>
    </w:p>
    <w:p w14:paraId="5BD4CE73" w14:textId="77777777" w:rsidR="00FA5E41" w:rsidRDefault="00FA5E41" w:rsidP="00FA5E41">
      <w:pPr>
        <w:spacing w:after="20"/>
        <w:jc w:val="center"/>
        <w:rPr>
          <w:b/>
        </w:rPr>
      </w:pPr>
    </w:p>
    <w:p w14:paraId="1D76B321" w14:textId="77777777" w:rsidR="009939B7" w:rsidRPr="00FA5E41" w:rsidRDefault="009939B7" w:rsidP="00FA5E41">
      <w:pPr>
        <w:spacing w:after="20"/>
        <w:jc w:val="center"/>
        <w:rPr>
          <w:b/>
        </w:rPr>
      </w:pPr>
    </w:p>
    <w:p w14:paraId="5F9569CD" w14:textId="25672902" w:rsidR="00FA5E41" w:rsidRPr="009939B7" w:rsidRDefault="00FA5E41" w:rsidP="009939B7">
      <w:pPr>
        <w:spacing w:after="20"/>
        <w:jc w:val="center"/>
        <w:rPr>
          <w:bCs/>
          <w:sz w:val="20"/>
          <w:szCs w:val="20"/>
        </w:rPr>
      </w:pPr>
      <w:r w:rsidRPr="009939B7">
        <w:rPr>
          <w:bCs/>
          <w:sz w:val="20"/>
          <w:szCs w:val="20"/>
        </w:rPr>
        <w:t>This declaration of adherence forms part of the initiative to promote the convening of a World Conference on Reconciliation, Peace and Disarmament on 30 May 2027.</w:t>
      </w:r>
      <w:r w:rsidR="003553EE" w:rsidRPr="003553EE">
        <w:t xml:space="preserve"> </w:t>
      </w:r>
      <w:r w:rsidR="003553EE" w:rsidRPr="003553EE">
        <w:rPr>
          <w:bCs/>
          <w:sz w:val="20"/>
          <w:szCs w:val="20"/>
        </w:rPr>
        <w:t>Once signed, please send this Declaration of Endorsement to info@human-unity.org, so that we may gather the endorsements that will accompany the presentation of the Call to States and the United Nations.</w:t>
      </w:r>
    </w:p>
    <w:p w14:paraId="0208B717" w14:textId="77777777" w:rsidR="00FA5E41" w:rsidRDefault="00FA5E41" w:rsidP="00FA5E41">
      <w:pPr>
        <w:spacing w:after="20"/>
        <w:jc w:val="center"/>
        <w:rPr>
          <w:bCs/>
          <w:sz w:val="20"/>
          <w:szCs w:val="20"/>
        </w:rPr>
      </w:pPr>
    </w:p>
    <w:p w14:paraId="5797B4FE" w14:textId="77777777" w:rsidR="009939B7" w:rsidRDefault="009939B7" w:rsidP="00FA5E41">
      <w:pPr>
        <w:spacing w:after="20"/>
        <w:jc w:val="center"/>
        <w:rPr>
          <w:bCs/>
          <w:sz w:val="20"/>
          <w:szCs w:val="20"/>
        </w:rPr>
      </w:pPr>
    </w:p>
    <w:p w14:paraId="1F912616" w14:textId="77777777" w:rsidR="009939B7" w:rsidRPr="009939B7" w:rsidRDefault="009939B7" w:rsidP="00FA5E41">
      <w:pPr>
        <w:spacing w:after="20"/>
        <w:jc w:val="center"/>
        <w:rPr>
          <w:bCs/>
          <w:sz w:val="20"/>
          <w:szCs w:val="20"/>
        </w:rPr>
      </w:pPr>
    </w:p>
    <w:p w14:paraId="5421ADDE" w14:textId="2619E411" w:rsidR="00C73E11" w:rsidRDefault="00E45908" w:rsidP="00FA5E41">
      <w:pPr>
        <w:spacing w:after="20"/>
        <w:jc w:val="center"/>
      </w:pPr>
      <w:r>
        <w:rPr>
          <w:sz w:val="16"/>
        </w:rPr>
        <w:t>────────────   www.human-unity.org   ────────────</w:t>
      </w:r>
    </w:p>
    <w:sectPr w:rsidR="00C73E11" w:rsidSect="00034616">
      <w:pgSz w:w="12240" w:h="15840"/>
      <w:pgMar w:top="964" w:right="1191" w:bottom="850" w:left="1191" w:header="720" w:footer="720" w:gutter="0"/>
      <w:pgBorders w:offsetFrom="page">
        <w:top w:val="double" w:sz="8" w:space="18" w:color="777777"/>
        <w:left w:val="double" w:sz="8" w:space="18" w:color="777777"/>
        <w:bottom w:val="double" w:sz="8" w:space="18" w:color="777777"/>
        <w:right w:val="double" w:sz="8" w:space="18" w:color="77777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136070">
    <w:abstractNumId w:val="8"/>
  </w:num>
  <w:num w:numId="2" w16cid:durableId="1666516119">
    <w:abstractNumId w:val="6"/>
  </w:num>
  <w:num w:numId="3" w16cid:durableId="454300639">
    <w:abstractNumId w:val="5"/>
  </w:num>
  <w:num w:numId="4" w16cid:durableId="976451061">
    <w:abstractNumId w:val="4"/>
  </w:num>
  <w:num w:numId="5" w16cid:durableId="311642741">
    <w:abstractNumId w:val="7"/>
  </w:num>
  <w:num w:numId="6" w16cid:durableId="532691091">
    <w:abstractNumId w:val="3"/>
  </w:num>
  <w:num w:numId="7" w16cid:durableId="248201021">
    <w:abstractNumId w:val="2"/>
  </w:num>
  <w:num w:numId="8" w16cid:durableId="813722907">
    <w:abstractNumId w:val="1"/>
  </w:num>
  <w:num w:numId="9" w16cid:durableId="62130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523"/>
    <w:rsid w:val="00017531"/>
    <w:rsid w:val="00034616"/>
    <w:rsid w:val="000441B9"/>
    <w:rsid w:val="000469D6"/>
    <w:rsid w:val="0005098B"/>
    <w:rsid w:val="00051676"/>
    <w:rsid w:val="00051B25"/>
    <w:rsid w:val="0006063C"/>
    <w:rsid w:val="000A6ED6"/>
    <w:rsid w:val="000B1F9E"/>
    <w:rsid w:val="000C6C3C"/>
    <w:rsid w:val="000D0EBE"/>
    <w:rsid w:val="000D6934"/>
    <w:rsid w:val="00120496"/>
    <w:rsid w:val="001255B4"/>
    <w:rsid w:val="0015074B"/>
    <w:rsid w:val="00177984"/>
    <w:rsid w:val="001938CA"/>
    <w:rsid w:val="001A06EA"/>
    <w:rsid w:val="001A1087"/>
    <w:rsid w:val="001A484A"/>
    <w:rsid w:val="001B078D"/>
    <w:rsid w:val="001D4C6E"/>
    <w:rsid w:val="001E54E7"/>
    <w:rsid w:val="00207405"/>
    <w:rsid w:val="00217682"/>
    <w:rsid w:val="00230A52"/>
    <w:rsid w:val="00253979"/>
    <w:rsid w:val="00257B07"/>
    <w:rsid w:val="00283ECB"/>
    <w:rsid w:val="0029639D"/>
    <w:rsid w:val="00296EA8"/>
    <w:rsid w:val="002A30AB"/>
    <w:rsid w:val="002F3C2C"/>
    <w:rsid w:val="002F4CDA"/>
    <w:rsid w:val="002F60DE"/>
    <w:rsid w:val="00326F90"/>
    <w:rsid w:val="003553EE"/>
    <w:rsid w:val="003745CE"/>
    <w:rsid w:val="00377FC5"/>
    <w:rsid w:val="00413B08"/>
    <w:rsid w:val="00450D6B"/>
    <w:rsid w:val="004631C4"/>
    <w:rsid w:val="00465A67"/>
    <w:rsid w:val="00486DF3"/>
    <w:rsid w:val="00486E6C"/>
    <w:rsid w:val="00497BEB"/>
    <w:rsid w:val="004C0627"/>
    <w:rsid w:val="004D1C7B"/>
    <w:rsid w:val="004E6381"/>
    <w:rsid w:val="004F5D62"/>
    <w:rsid w:val="005068BF"/>
    <w:rsid w:val="00513C6A"/>
    <w:rsid w:val="00520A56"/>
    <w:rsid w:val="00544D8A"/>
    <w:rsid w:val="00550430"/>
    <w:rsid w:val="00565DD1"/>
    <w:rsid w:val="005663F5"/>
    <w:rsid w:val="00590C80"/>
    <w:rsid w:val="005D0F48"/>
    <w:rsid w:val="005F2380"/>
    <w:rsid w:val="00606BDB"/>
    <w:rsid w:val="00617EE3"/>
    <w:rsid w:val="00662B54"/>
    <w:rsid w:val="00690B88"/>
    <w:rsid w:val="006925AB"/>
    <w:rsid w:val="006A5BF4"/>
    <w:rsid w:val="006B27A8"/>
    <w:rsid w:val="0070187C"/>
    <w:rsid w:val="007167B5"/>
    <w:rsid w:val="00754B24"/>
    <w:rsid w:val="007552A6"/>
    <w:rsid w:val="0076324B"/>
    <w:rsid w:val="00763D74"/>
    <w:rsid w:val="00766833"/>
    <w:rsid w:val="00787608"/>
    <w:rsid w:val="007A0061"/>
    <w:rsid w:val="007A0563"/>
    <w:rsid w:val="007A742E"/>
    <w:rsid w:val="007B62DE"/>
    <w:rsid w:val="007C70C6"/>
    <w:rsid w:val="007F116F"/>
    <w:rsid w:val="007F1E6A"/>
    <w:rsid w:val="007F69C7"/>
    <w:rsid w:val="008045D6"/>
    <w:rsid w:val="008203E2"/>
    <w:rsid w:val="00855B1C"/>
    <w:rsid w:val="008646DC"/>
    <w:rsid w:val="008679CB"/>
    <w:rsid w:val="00887DFC"/>
    <w:rsid w:val="00893DFD"/>
    <w:rsid w:val="00895E5A"/>
    <w:rsid w:val="008A3999"/>
    <w:rsid w:val="008F7D43"/>
    <w:rsid w:val="00901210"/>
    <w:rsid w:val="00954C2F"/>
    <w:rsid w:val="00960E78"/>
    <w:rsid w:val="0096306C"/>
    <w:rsid w:val="00964442"/>
    <w:rsid w:val="00964CD9"/>
    <w:rsid w:val="00971CE0"/>
    <w:rsid w:val="00972849"/>
    <w:rsid w:val="009741A5"/>
    <w:rsid w:val="00982E86"/>
    <w:rsid w:val="00991AD4"/>
    <w:rsid w:val="009939B7"/>
    <w:rsid w:val="009972AA"/>
    <w:rsid w:val="009B1423"/>
    <w:rsid w:val="009B5D8D"/>
    <w:rsid w:val="009D3B65"/>
    <w:rsid w:val="00A34DA7"/>
    <w:rsid w:val="00A35232"/>
    <w:rsid w:val="00A40F8A"/>
    <w:rsid w:val="00A428B0"/>
    <w:rsid w:val="00A513C0"/>
    <w:rsid w:val="00A55850"/>
    <w:rsid w:val="00A62219"/>
    <w:rsid w:val="00A7120B"/>
    <w:rsid w:val="00A729FD"/>
    <w:rsid w:val="00A8192A"/>
    <w:rsid w:val="00A842A3"/>
    <w:rsid w:val="00A9085B"/>
    <w:rsid w:val="00A9790C"/>
    <w:rsid w:val="00AA1D8D"/>
    <w:rsid w:val="00AA4BA8"/>
    <w:rsid w:val="00AA574C"/>
    <w:rsid w:val="00AE1C5E"/>
    <w:rsid w:val="00AE5172"/>
    <w:rsid w:val="00AF6F5F"/>
    <w:rsid w:val="00B2741C"/>
    <w:rsid w:val="00B32507"/>
    <w:rsid w:val="00B45572"/>
    <w:rsid w:val="00B47730"/>
    <w:rsid w:val="00B8391E"/>
    <w:rsid w:val="00B97EE4"/>
    <w:rsid w:val="00BE07B0"/>
    <w:rsid w:val="00BE1398"/>
    <w:rsid w:val="00BE2C4D"/>
    <w:rsid w:val="00BF0F99"/>
    <w:rsid w:val="00C142CB"/>
    <w:rsid w:val="00C25773"/>
    <w:rsid w:val="00C360DD"/>
    <w:rsid w:val="00C3699E"/>
    <w:rsid w:val="00C51597"/>
    <w:rsid w:val="00C62A82"/>
    <w:rsid w:val="00C73E11"/>
    <w:rsid w:val="00CB0664"/>
    <w:rsid w:val="00CE467A"/>
    <w:rsid w:val="00CF774F"/>
    <w:rsid w:val="00D07B92"/>
    <w:rsid w:val="00D163C5"/>
    <w:rsid w:val="00D20E8C"/>
    <w:rsid w:val="00D27EC0"/>
    <w:rsid w:val="00D73D13"/>
    <w:rsid w:val="00D7647E"/>
    <w:rsid w:val="00DB3564"/>
    <w:rsid w:val="00DB45C4"/>
    <w:rsid w:val="00DB7821"/>
    <w:rsid w:val="00DD2943"/>
    <w:rsid w:val="00DD5001"/>
    <w:rsid w:val="00DE21B1"/>
    <w:rsid w:val="00DE601F"/>
    <w:rsid w:val="00DE7B08"/>
    <w:rsid w:val="00E11422"/>
    <w:rsid w:val="00E2626A"/>
    <w:rsid w:val="00E408CE"/>
    <w:rsid w:val="00E43C83"/>
    <w:rsid w:val="00E45908"/>
    <w:rsid w:val="00E50950"/>
    <w:rsid w:val="00E60E26"/>
    <w:rsid w:val="00E80D65"/>
    <w:rsid w:val="00E95238"/>
    <w:rsid w:val="00EA4FBE"/>
    <w:rsid w:val="00EA50BF"/>
    <w:rsid w:val="00EA526C"/>
    <w:rsid w:val="00EA677D"/>
    <w:rsid w:val="00EC2863"/>
    <w:rsid w:val="00ED1325"/>
    <w:rsid w:val="00ED5C9A"/>
    <w:rsid w:val="00ED5D99"/>
    <w:rsid w:val="00EE2E37"/>
    <w:rsid w:val="00F072D3"/>
    <w:rsid w:val="00F11AF7"/>
    <w:rsid w:val="00F22ADD"/>
    <w:rsid w:val="00F272E3"/>
    <w:rsid w:val="00F32D88"/>
    <w:rsid w:val="00F34F04"/>
    <w:rsid w:val="00F6234F"/>
    <w:rsid w:val="00F85298"/>
    <w:rsid w:val="00F951A0"/>
    <w:rsid w:val="00FA4276"/>
    <w:rsid w:val="00FA5E41"/>
    <w:rsid w:val="00FA6C58"/>
    <w:rsid w:val="00FB2684"/>
    <w:rsid w:val="00FB76E2"/>
    <w:rsid w:val="00FC3FC3"/>
    <w:rsid w:val="00FC693F"/>
    <w:rsid w:val="00FE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DC45B"/>
  <w14:defaultImageDpi w14:val="330"/>
  <w15:docId w15:val="{73A8DD93-7517-4887-9BCA-78EE3B4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6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12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12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FE49F6"/>
  </w:style>
  <w:style w:type="character" w:customStyle="1" w:styleId="FechaCar">
    <w:name w:val="Fecha Car"/>
    <w:basedOn w:val="Fuentedeprrafopredeter"/>
    <w:link w:val="Fecha"/>
    <w:uiPriority w:val="99"/>
    <w:semiHidden/>
    <w:rsid w:val="00FE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 Herranz Martín</cp:lastModifiedBy>
  <cp:revision>12</cp:revision>
  <dcterms:created xsi:type="dcterms:W3CDTF">2026-10-22T11:21:00Z</dcterms:created>
  <dcterms:modified xsi:type="dcterms:W3CDTF">2026-10-22T16:09:00Z</dcterms:modified>
  <cp:category/>
</cp:coreProperties>
</file>