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0C880" w14:textId="77777777" w:rsidR="00FA4276" w:rsidRDefault="00FA4276" w:rsidP="00B8391E">
      <w:pPr>
        <w:spacing w:after="160" w:line="27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</w:pPr>
    </w:p>
    <w:p w14:paraId="6D829FBE" w14:textId="77777777" w:rsidR="00A842A3" w:rsidRPr="00CE467A" w:rsidRDefault="00A842A3" w:rsidP="00A842A3">
      <w:pPr>
        <w:spacing w:after="60"/>
        <w:jc w:val="center"/>
        <w:rPr>
          <w:lang w:val="es-ES"/>
        </w:rPr>
      </w:pPr>
      <w:r w:rsidRPr="00CE467A">
        <w:rPr>
          <w:b/>
          <w:sz w:val="36"/>
          <w:lang w:val="es-ES"/>
        </w:rPr>
        <w:t>DECLARACIÓN DE ADHESIÓN</w:t>
      </w:r>
    </w:p>
    <w:p w14:paraId="47373B54" w14:textId="77777777" w:rsidR="00A842A3" w:rsidRPr="00CE467A" w:rsidRDefault="00A842A3" w:rsidP="00A842A3">
      <w:pPr>
        <w:spacing w:after="40"/>
        <w:jc w:val="center"/>
        <w:rPr>
          <w:lang w:val="es-ES"/>
        </w:rPr>
      </w:pPr>
      <w:r w:rsidRPr="00CE467A">
        <w:rPr>
          <w:lang w:val="es-ES"/>
        </w:rPr>
        <w:t xml:space="preserve">a la </w:t>
      </w:r>
      <w:r w:rsidRPr="00CE467A">
        <w:rPr>
          <w:b/>
          <w:lang w:val="es-ES"/>
        </w:rPr>
        <w:t>CONVOCATORIA</w:t>
      </w:r>
    </w:p>
    <w:p w14:paraId="2CEBD05F" w14:textId="77777777" w:rsidR="00A842A3" w:rsidRPr="001938CA" w:rsidRDefault="00A842A3" w:rsidP="00A842A3">
      <w:pPr>
        <w:spacing w:after="40"/>
        <w:jc w:val="center"/>
        <w:rPr>
          <w:lang w:val="es-ES"/>
        </w:rPr>
      </w:pPr>
      <w:r w:rsidRPr="001938CA">
        <w:rPr>
          <w:b/>
          <w:sz w:val="24"/>
          <w:lang w:val="es-ES"/>
        </w:rPr>
        <w:t>de una Conferencia Mundial de Reconciliación, Paz y Desarme</w:t>
      </w:r>
    </w:p>
    <w:p w14:paraId="6DA59198" w14:textId="77777777" w:rsidR="00A842A3" w:rsidRPr="001938CA" w:rsidRDefault="00A842A3" w:rsidP="00A842A3">
      <w:pPr>
        <w:spacing w:after="80"/>
        <w:jc w:val="center"/>
        <w:rPr>
          <w:lang w:val="es-ES"/>
        </w:rPr>
      </w:pPr>
      <w:r w:rsidRPr="001938CA">
        <w:rPr>
          <w:lang w:val="es-ES"/>
        </w:rPr>
        <w:t>30 de mayo de 2027</w:t>
      </w:r>
    </w:p>
    <w:p w14:paraId="012BED31" w14:textId="12F42760" w:rsidR="00A842A3" w:rsidRPr="00B32507" w:rsidRDefault="00A842A3" w:rsidP="007F116F">
      <w:pPr>
        <w:spacing w:before="80" w:after="20"/>
        <w:jc w:val="center"/>
        <w:rPr>
          <w:lang w:val="es-ES"/>
        </w:rPr>
      </w:pPr>
      <w:r w:rsidRPr="001938CA">
        <w:rPr>
          <w:sz w:val="20"/>
          <w:lang w:val="es-ES"/>
        </w:rPr>
        <w:t xml:space="preserve">— </w:t>
      </w:r>
      <w:r w:rsidR="007F116F" w:rsidRPr="00CE467A">
        <w:rPr>
          <w:rFonts w:ascii="Segoe UI Symbol" w:hAnsi="Segoe UI Symbol" w:cs="Segoe UI Symbol"/>
          <w:sz w:val="28"/>
          <w:lang w:val="es-ES"/>
        </w:rPr>
        <w:t>❦</w:t>
      </w:r>
      <w:r w:rsidRPr="001938CA">
        <w:rPr>
          <w:sz w:val="20"/>
          <w:lang w:val="es-ES"/>
        </w:rPr>
        <w:t>—</w:t>
      </w:r>
    </w:p>
    <w:p w14:paraId="2381C88E" w14:textId="53F71744" w:rsidR="00B8391E" w:rsidRPr="00A513C0" w:rsidRDefault="00B8391E" w:rsidP="00B8391E">
      <w:pPr>
        <w:spacing w:after="160" w:line="278" w:lineRule="auto"/>
        <w:jc w:val="center"/>
        <w:rPr>
          <w:rFonts w:eastAsia="Times New Roman" w:cs="Times New Roman"/>
          <w:lang w:val="es-ES" w:eastAsia="zh-CN"/>
        </w:rPr>
      </w:pPr>
      <w:r w:rsidRPr="00A513C0">
        <w:rPr>
          <w:rFonts w:eastAsia="Times New Roman" w:cs="Times New Roman"/>
          <w:lang w:val="es-ES" w:eastAsia="zh-CN"/>
        </w:rPr>
        <w:t xml:space="preserve">La entidad abajo firmante desea la convivencia en paz y concordia </w:t>
      </w:r>
      <w:r w:rsidR="009972AA">
        <w:rPr>
          <w:rFonts w:eastAsia="Times New Roman" w:cs="Times New Roman"/>
          <w:lang w:val="es-ES" w:eastAsia="zh-CN"/>
        </w:rPr>
        <w:t>de</w:t>
      </w:r>
      <w:r w:rsidRPr="00A513C0">
        <w:rPr>
          <w:rFonts w:eastAsia="Times New Roman" w:cs="Times New Roman"/>
          <w:lang w:val="es-ES" w:eastAsia="zh-CN"/>
        </w:rPr>
        <w:t xml:space="preserve"> todos los humanos y manifiesta su adhesión a la Convocatoria de una Conferencia Mundial de Reconciliación, Paz y Desarme para el 30 de mayo de 2027.</w:t>
      </w:r>
    </w:p>
    <w:p w14:paraId="31813387" w14:textId="32B7E1E5" w:rsidR="005068BF" w:rsidRPr="00A513C0" w:rsidRDefault="00991AD4" w:rsidP="00590C80">
      <w:pPr>
        <w:spacing w:after="160" w:line="278" w:lineRule="auto"/>
        <w:jc w:val="center"/>
        <w:rPr>
          <w:rFonts w:eastAsia="Times New Roman" w:cs="Times New Roman"/>
          <w:lang w:val="es-ES" w:eastAsia="zh-CN"/>
        </w:rPr>
      </w:pPr>
      <w:r>
        <w:rPr>
          <w:rFonts w:cs="Times New Roman"/>
          <w:lang w:val="es-ES"/>
        </w:rPr>
        <w:t>L</w:t>
      </w:r>
      <w:r w:rsidR="009B1423" w:rsidRPr="00A513C0">
        <w:rPr>
          <w:rFonts w:cs="Times New Roman"/>
          <w:lang w:val="es-ES"/>
        </w:rPr>
        <w:t>a finalidad de causar daño que constituye el arma impide la reciprocidad en la que se fundamentan la justicia y la posibilidad misma de convivencia humana, pues enfrenta a las voluntades entre sí al determinar a cada una a armarse y a desarmar a las demás</w:t>
      </w:r>
      <w:r w:rsidR="001A1087" w:rsidRPr="00A513C0">
        <w:rPr>
          <w:rFonts w:eastAsia="Times New Roman" w:cs="Times New Roman"/>
          <w:lang w:val="es-ES" w:eastAsia="zh-CN"/>
        </w:rPr>
        <w:t>.</w:t>
      </w:r>
      <w:r w:rsidR="00590C80" w:rsidRPr="00A513C0">
        <w:rPr>
          <w:rFonts w:eastAsia="Times New Roman" w:cs="Times New Roman"/>
          <w:lang w:val="es-ES" w:eastAsia="zh-CN"/>
        </w:rPr>
        <w:t xml:space="preserve"> </w:t>
      </w:r>
    </w:p>
    <w:p w14:paraId="55D1B29C" w14:textId="3100B4FE" w:rsidR="00A513C0" w:rsidRDefault="007F1E6A">
      <w:pPr>
        <w:spacing w:before="80" w:after="20"/>
        <w:jc w:val="center"/>
        <w:rPr>
          <w:rFonts w:eastAsia="Times New Roman" w:cs="Times New Roman"/>
          <w:lang w:val="es-ES" w:eastAsia="zh-CN"/>
        </w:rPr>
      </w:pPr>
      <w:r>
        <w:rPr>
          <w:rFonts w:eastAsia="Times New Roman" w:cs="Times New Roman"/>
          <w:lang w:val="es-ES" w:eastAsia="zh-CN"/>
        </w:rPr>
        <w:t>E</w:t>
      </w:r>
      <w:r w:rsidR="009741A5" w:rsidRPr="00A513C0">
        <w:rPr>
          <w:rFonts w:eastAsia="Times New Roman" w:cs="Times New Roman"/>
          <w:lang w:val="es-ES" w:eastAsia="zh-CN"/>
        </w:rPr>
        <w:t>l fundamento de la reconciliación y el camino a la paz y a la concordia humanas es el desarme por acuerdo libre y universal, que inicia nuestra cooperación y reorienta nuestra voluntad y nuestros recursos hacia el bien común</w:t>
      </w:r>
      <w:r w:rsidR="00991AD4">
        <w:rPr>
          <w:rFonts w:eastAsia="Times New Roman" w:cs="Times New Roman"/>
          <w:lang w:val="es-ES" w:eastAsia="zh-CN"/>
        </w:rPr>
        <w:t>.</w:t>
      </w:r>
    </w:p>
    <w:p w14:paraId="0D522901" w14:textId="25475A40" w:rsidR="00991AD4" w:rsidRPr="00A513C0" w:rsidRDefault="00662B54">
      <w:pPr>
        <w:spacing w:before="80" w:after="20"/>
        <w:jc w:val="center"/>
        <w:rPr>
          <w:rFonts w:eastAsia="Times New Roman" w:cs="Times New Roman"/>
          <w:lang w:val="es-ES" w:eastAsia="zh-CN"/>
        </w:rPr>
      </w:pPr>
      <w:r w:rsidRPr="00662B54">
        <w:rPr>
          <w:rFonts w:eastAsia="Times New Roman" w:cs="Times New Roman"/>
          <w:lang w:val="es-ES" w:eastAsia="zh-CN"/>
        </w:rPr>
        <w:t>Por eso, para celebrar la Conferencia, solicitamos la suspensión universal del uso y del desarrollo de las armas, pues la búsqueda de la paz y del daño es una contradicción y un absurdo.</w:t>
      </w:r>
    </w:p>
    <w:p w14:paraId="3EE2D497" w14:textId="77777777" w:rsidR="007F116F" w:rsidRPr="00B32507" w:rsidRDefault="007F116F" w:rsidP="007F116F">
      <w:pPr>
        <w:spacing w:before="80" w:after="20"/>
        <w:jc w:val="center"/>
        <w:rPr>
          <w:lang w:val="es-ES"/>
        </w:rPr>
      </w:pPr>
      <w:r w:rsidRPr="001938CA">
        <w:rPr>
          <w:sz w:val="20"/>
          <w:lang w:val="es-ES"/>
        </w:rPr>
        <w:t xml:space="preserve">— </w:t>
      </w:r>
      <w:r w:rsidRPr="00CE467A">
        <w:rPr>
          <w:rFonts w:ascii="Segoe UI Symbol" w:hAnsi="Segoe UI Symbol" w:cs="Segoe UI Symbol"/>
          <w:sz w:val="28"/>
          <w:lang w:val="es-ES"/>
        </w:rPr>
        <w:t>❦</w:t>
      </w:r>
      <w:r w:rsidRPr="001938CA">
        <w:rPr>
          <w:sz w:val="20"/>
          <w:lang w:val="es-ES"/>
        </w:rPr>
        <w:t>—</w:t>
      </w:r>
    </w:p>
    <w:p w14:paraId="6CDDCE6C" w14:textId="019D4154" w:rsidR="00C73E11" w:rsidRPr="001938CA" w:rsidRDefault="00C73E11" w:rsidP="009B5D8D">
      <w:pPr>
        <w:spacing w:after="120"/>
        <w:rPr>
          <w:lang w:val="es-ES"/>
        </w:rPr>
      </w:pPr>
    </w:p>
    <w:p w14:paraId="144505F7" w14:textId="3A5707E9" w:rsidR="00C73E11" w:rsidRPr="00CE467A" w:rsidRDefault="00E45908">
      <w:pPr>
        <w:ind w:left="680" w:right="680"/>
        <w:rPr>
          <w:lang w:val="es-ES"/>
        </w:rPr>
      </w:pPr>
      <w:r w:rsidRPr="00CE467A">
        <w:rPr>
          <w:b/>
          <w:lang w:val="es-ES"/>
        </w:rPr>
        <w:t>La entidad</w:t>
      </w:r>
      <w:r w:rsidR="00FA6C58">
        <w:rPr>
          <w:b/>
          <w:lang w:val="es-ES"/>
        </w:rPr>
        <w:t>:</w:t>
      </w:r>
    </w:p>
    <w:p w14:paraId="37028A9B" w14:textId="77777777" w:rsidR="00C73E11" w:rsidRPr="001938CA" w:rsidRDefault="00E45908">
      <w:pPr>
        <w:spacing w:after="100"/>
        <w:ind w:left="680" w:right="680"/>
        <w:rPr>
          <w:lang w:val="es-ES"/>
        </w:rPr>
      </w:pPr>
      <w:r w:rsidRPr="001938CA">
        <w:rPr>
          <w:sz w:val="21"/>
          <w:lang w:val="es-ES"/>
        </w:rPr>
        <w:t>........................................................................................................................</w:t>
      </w:r>
    </w:p>
    <w:p w14:paraId="778C26C9" w14:textId="3A75B553" w:rsidR="00C73E11" w:rsidRPr="001938CA" w:rsidRDefault="00E45908">
      <w:pPr>
        <w:spacing w:after="180"/>
        <w:jc w:val="center"/>
        <w:rPr>
          <w:lang w:val="es-ES"/>
        </w:rPr>
      </w:pPr>
      <w:r w:rsidRPr="001938CA">
        <w:rPr>
          <w:b/>
          <w:lang w:val="es-ES"/>
        </w:rPr>
        <w:t>se adhiere a la CONVOCATORIA</w:t>
      </w:r>
    </w:p>
    <w:p w14:paraId="56B8DBFD" w14:textId="37D737A8" w:rsidR="00C73E11" w:rsidRPr="00CE467A" w:rsidRDefault="00E45908">
      <w:pPr>
        <w:ind w:left="680" w:right="680"/>
        <w:rPr>
          <w:lang w:val="es-ES"/>
        </w:rPr>
      </w:pPr>
      <w:r w:rsidRPr="00CE467A">
        <w:rPr>
          <w:b/>
          <w:lang w:val="es-ES"/>
        </w:rPr>
        <w:t>Nombre y cargo de quien firma</w:t>
      </w:r>
      <w:r w:rsidR="00FA6C58">
        <w:rPr>
          <w:b/>
          <w:lang w:val="es-ES"/>
        </w:rPr>
        <w:t>:</w:t>
      </w:r>
    </w:p>
    <w:p w14:paraId="0CDC5334" w14:textId="77777777" w:rsidR="00C73E11" w:rsidRPr="001938CA" w:rsidRDefault="00E45908">
      <w:pPr>
        <w:spacing w:after="100"/>
        <w:ind w:left="680" w:right="680"/>
        <w:rPr>
          <w:lang w:val="es-ES"/>
        </w:rPr>
      </w:pPr>
      <w:r w:rsidRPr="001938CA">
        <w:rPr>
          <w:sz w:val="20"/>
          <w:lang w:val="es-ES"/>
        </w:rPr>
        <w:t>........................................................................................................................</w:t>
      </w:r>
    </w:p>
    <w:p w14:paraId="7B70A0A5" w14:textId="567F02D8" w:rsidR="00C73E11" w:rsidRPr="00CE467A" w:rsidRDefault="00E45908">
      <w:pPr>
        <w:ind w:left="680" w:right="680"/>
        <w:rPr>
          <w:lang w:val="es-ES"/>
        </w:rPr>
      </w:pPr>
      <w:r w:rsidRPr="00CE467A">
        <w:rPr>
          <w:b/>
          <w:lang w:val="es-ES"/>
        </w:rPr>
        <w:t>Lugar y fecha</w:t>
      </w:r>
      <w:r w:rsidR="00FA6C58">
        <w:rPr>
          <w:b/>
          <w:lang w:val="es-ES"/>
        </w:rPr>
        <w:t>:</w:t>
      </w:r>
    </w:p>
    <w:p w14:paraId="2ACFC0F8" w14:textId="77777777" w:rsidR="00C73E11" w:rsidRPr="001938CA" w:rsidRDefault="00E45908">
      <w:pPr>
        <w:spacing w:after="100"/>
        <w:ind w:left="680" w:right="680"/>
        <w:rPr>
          <w:lang w:val="es-ES"/>
        </w:rPr>
      </w:pPr>
      <w:r w:rsidRPr="001938CA">
        <w:rPr>
          <w:sz w:val="20"/>
          <w:lang w:val="es-ES"/>
        </w:rPr>
        <w:t>........................................................................................................................</w:t>
      </w:r>
    </w:p>
    <w:p w14:paraId="791C8DFC" w14:textId="52503F72" w:rsidR="00FA4276" w:rsidRDefault="00E45908" w:rsidP="007F69C7">
      <w:pPr>
        <w:ind w:left="680"/>
        <w:rPr>
          <w:lang w:val="es-ES"/>
        </w:rPr>
      </w:pPr>
      <w:r w:rsidRPr="00FA6C58">
        <w:rPr>
          <w:b/>
          <w:lang w:val="es-ES"/>
        </w:rPr>
        <w:t>Firma:</w:t>
      </w:r>
    </w:p>
    <w:p w14:paraId="6449A0E9" w14:textId="77777777" w:rsidR="00FA4276" w:rsidRPr="001938CA" w:rsidRDefault="00FA4276">
      <w:pPr>
        <w:spacing w:after="160"/>
        <w:rPr>
          <w:lang w:val="es-ES"/>
        </w:rPr>
      </w:pPr>
    </w:p>
    <w:p w14:paraId="31458C3C" w14:textId="77777777" w:rsidR="00C73E11" w:rsidRPr="001938CA" w:rsidRDefault="00E45908">
      <w:pPr>
        <w:ind w:left="510" w:right="510"/>
        <w:jc w:val="both"/>
        <w:rPr>
          <w:lang w:val="es-ES"/>
        </w:rPr>
      </w:pPr>
      <w:r w:rsidRPr="001938CA">
        <w:rPr>
          <w:i/>
          <w:sz w:val="16"/>
          <w:lang w:val="es-ES"/>
        </w:rPr>
        <w:t>Esta adhesión forma parte de la iniciativa para promover la convocatoria de una Conferencia Mundial de Reconciliación, Paz y Desarme el 30 de mayo de 2027. Una vez firmada, rogamos remitirla a info@human-unity.org para reunir las adhesiones que acompañarán la presentación de la Convocatoria ante los Estados y las Naciones Unidas.</w:t>
      </w:r>
    </w:p>
    <w:p w14:paraId="5421ADDE" w14:textId="77777777" w:rsidR="00C73E11" w:rsidRDefault="00E45908">
      <w:pPr>
        <w:spacing w:after="20"/>
        <w:jc w:val="center"/>
      </w:pPr>
      <w:r>
        <w:rPr>
          <w:sz w:val="16"/>
        </w:rPr>
        <w:t>────────────   www.human-unity.org   ────────────</w:t>
      </w:r>
    </w:p>
    <w:sectPr w:rsidR="00C73E11" w:rsidSect="00034616">
      <w:pgSz w:w="12240" w:h="15840"/>
      <w:pgMar w:top="964" w:right="1191" w:bottom="850" w:left="1191" w:header="720" w:footer="720" w:gutter="0"/>
      <w:pgBorders w:offsetFrom="page">
        <w:top w:val="double" w:sz="8" w:space="18" w:color="777777"/>
        <w:left w:val="double" w:sz="8" w:space="18" w:color="777777"/>
        <w:bottom w:val="double" w:sz="8" w:space="18" w:color="777777"/>
        <w:right w:val="double" w:sz="8" w:space="18" w:color="777777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3136070">
    <w:abstractNumId w:val="8"/>
  </w:num>
  <w:num w:numId="2" w16cid:durableId="1666516119">
    <w:abstractNumId w:val="6"/>
  </w:num>
  <w:num w:numId="3" w16cid:durableId="454300639">
    <w:abstractNumId w:val="5"/>
  </w:num>
  <w:num w:numId="4" w16cid:durableId="976451061">
    <w:abstractNumId w:val="4"/>
  </w:num>
  <w:num w:numId="5" w16cid:durableId="311642741">
    <w:abstractNumId w:val="7"/>
  </w:num>
  <w:num w:numId="6" w16cid:durableId="532691091">
    <w:abstractNumId w:val="3"/>
  </w:num>
  <w:num w:numId="7" w16cid:durableId="248201021">
    <w:abstractNumId w:val="2"/>
  </w:num>
  <w:num w:numId="8" w16cid:durableId="813722907">
    <w:abstractNumId w:val="1"/>
  </w:num>
  <w:num w:numId="9" w16cid:durableId="621303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523"/>
    <w:rsid w:val="00017531"/>
    <w:rsid w:val="00034616"/>
    <w:rsid w:val="000441B9"/>
    <w:rsid w:val="000469D6"/>
    <w:rsid w:val="0005098B"/>
    <w:rsid w:val="00051676"/>
    <w:rsid w:val="00051B25"/>
    <w:rsid w:val="0006063C"/>
    <w:rsid w:val="000A6ED6"/>
    <w:rsid w:val="000B1F9E"/>
    <w:rsid w:val="000C6C3C"/>
    <w:rsid w:val="000D0EBE"/>
    <w:rsid w:val="000D6934"/>
    <w:rsid w:val="00120496"/>
    <w:rsid w:val="001255B4"/>
    <w:rsid w:val="0015074B"/>
    <w:rsid w:val="00177984"/>
    <w:rsid w:val="001938CA"/>
    <w:rsid w:val="001A06EA"/>
    <w:rsid w:val="001A1087"/>
    <w:rsid w:val="001A484A"/>
    <w:rsid w:val="001B078D"/>
    <w:rsid w:val="001D4C6E"/>
    <w:rsid w:val="001E54E7"/>
    <w:rsid w:val="00207405"/>
    <w:rsid w:val="00217682"/>
    <w:rsid w:val="00230A52"/>
    <w:rsid w:val="00253979"/>
    <w:rsid w:val="00257B07"/>
    <w:rsid w:val="00283ECB"/>
    <w:rsid w:val="0029639D"/>
    <w:rsid w:val="00296EA8"/>
    <w:rsid w:val="002A30AB"/>
    <w:rsid w:val="002F3C2C"/>
    <w:rsid w:val="002F4CDA"/>
    <w:rsid w:val="002F60DE"/>
    <w:rsid w:val="00326F90"/>
    <w:rsid w:val="003745CE"/>
    <w:rsid w:val="00377FC5"/>
    <w:rsid w:val="00413B08"/>
    <w:rsid w:val="00450D6B"/>
    <w:rsid w:val="004631C4"/>
    <w:rsid w:val="00465A67"/>
    <w:rsid w:val="00486DF3"/>
    <w:rsid w:val="00486E6C"/>
    <w:rsid w:val="00497BEB"/>
    <w:rsid w:val="004C0627"/>
    <w:rsid w:val="004E6381"/>
    <w:rsid w:val="004F5D62"/>
    <w:rsid w:val="005068BF"/>
    <w:rsid w:val="00513C6A"/>
    <w:rsid w:val="00520A56"/>
    <w:rsid w:val="00544D8A"/>
    <w:rsid w:val="00550430"/>
    <w:rsid w:val="005663F5"/>
    <w:rsid w:val="00590C80"/>
    <w:rsid w:val="005D0F48"/>
    <w:rsid w:val="005F2380"/>
    <w:rsid w:val="00606BDB"/>
    <w:rsid w:val="00617EE3"/>
    <w:rsid w:val="00662B54"/>
    <w:rsid w:val="00690B88"/>
    <w:rsid w:val="006925AB"/>
    <w:rsid w:val="006A5BF4"/>
    <w:rsid w:val="006B27A8"/>
    <w:rsid w:val="007167B5"/>
    <w:rsid w:val="00754B24"/>
    <w:rsid w:val="007552A6"/>
    <w:rsid w:val="0076324B"/>
    <w:rsid w:val="00763D74"/>
    <w:rsid w:val="00766833"/>
    <w:rsid w:val="00787608"/>
    <w:rsid w:val="007A0061"/>
    <w:rsid w:val="007A0563"/>
    <w:rsid w:val="007B62DE"/>
    <w:rsid w:val="007C70C6"/>
    <w:rsid w:val="007F116F"/>
    <w:rsid w:val="007F1E6A"/>
    <w:rsid w:val="007F69C7"/>
    <w:rsid w:val="008045D6"/>
    <w:rsid w:val="008203E2"/>
    <w:rsid w:val="00855B1C"/>
    <w:rsid w:val="008646DC"/>
    <w:rsid w:val="008679CB"/>
    <w:rsid w:val="00887DFC"/>
    <w:rsid w:val="00893DFD"/>
    <w:rsid w:val="00895E5A"/>
    <w:rsid w:val="008A3999"/>
    <w:rsid w:val="008F7D43"/>
    <w:rsid w:val="00901210"/>
    <w:rsid w:val="00954C2F"/>
    <w:rsid w:val="00960E78"/>
    <w:rsid w:val="0096306C"/>
    <w:rsid w:val="00964442"/>
    <w:rsid w:val="00964CD9"/>
    <w:rsid w:val="00971CE0"/>
    <w:rsid w:val="00972849"/>
    <w:rsid w:val="009741A5"/>
    <w:rsid w:val="00982E86"/>
    <w:rsid w:val="00991AD4"/>
    <w:rsid w:val="009972AA"/>
    <w:rsid w:val="009B1423"/>
    <w:rsid w:val="009B5D8D"/>
    <w:rsid w:val="009D3B65"/>
    <w:rsid w:val="00A34DA7"/>
    <w:rsid w:val="00A40F8A"/>
    <w:rsid w:val="00A428B0"/>
    <w:rsid w:val="00A513C0"/>
    <w:rsid w:val="00A55850"/>
    <w:rsid w:val="00A62219"/>
    <w:rsid w:val="00A7120B"/>
    <w:rsid w:val="00A729FD"/>
    <w:rsid w:val="00A8192A"/>
    <w:rsid w:val="00A842A3"/>
    <w:rsid w:val="00A9085B"/>
    <w:rsid w:val="00A9790C"/>
    <w:rsid w:val="00AA1D8D"/>
    <w:rsid w:val="00AA4BA8"/>
    <w:rsid w:val="00AA574C"/>
    <w:rsid w:val="00AE1C5E"/>
    <w:rsid w:val="00AE5172"/>
    <w:rsid w:val="00AF6F5F"/>
    <w:rsid w:val="00B2741C"/>
    <w:rsid w:val="00B32507"/>
    <w:rsid w:val="00B45572"/>
    <w:rsid w:val="00B47730"/>
    <w:rsid w:val="00B8391E"/>
    <w:rsid w:val="00B97EE4"/>
    <w:rsid w:val="00BE1398"/>
    <w:rsid w:val="00BE2C4D"/>
    <w:rsid w:val="00BF0F99"/>
    <w:rsid w:val="00C142CB"/>
    <w:rsid w:val="00C25773"/>
    <w:rsid w:val="00C360DD"/>
    <w:rsid w:val="00C3699E"/>
    <w:rsid w:val="00C51597"/>
    <w:rsid w:val="00C62A82"/>
    <w:rsid w:val="00C73E11"/>
    <w:rsid w:val="00CB0664"/>
    <w:rsid w:val="00CE467A"/>
    <w:rsid w:val="00CF774F"/>
    <w:rsid w:val="00D07B92"/>
    <w:rsid w:val="00D163C5"/>
    <w:rsid w:val="00D20E8C"/>
    <w:rsid w:val="00D27EC0"/>
    <w:rsid w:val="00D73D13"/>
    <w:rsid w:val="00D7647E"/>
    <w:rsid w:val="00DB3564"/>
    <w:rsid w:val="00DB45C4"/>
    <w:rsid w:val="00DB7821"/>
    <w:rsid w:val="00DD2943"/>
    <w:rsid w:val="00DD5001"/>
    <w:rsid w:val="00DE21B1"/>
    <w:rsid w:val="00DE601F"/>
    <w:rsid w:val="00DE7B08"/>
    <w:rsid w:val="00E11422"/>
    <w:rsid w:val="00E2626A"/>
    <w:rsid w:val="00E408CE"/>
    <w:rsid w:val="00E43C83"/>
    <w:rsid w:val="00E45908"/>
    <w:rsid w:val="00E50950"/>
    <w:rsid w:val="00E60E26"/>
    <w:rsid w:val="00E80D65"/>
    <w:rsid w:val="00E95238"/>
    <w:rsid w:val="00EA50BF"/>
    <w:rsid w:val="00EA526C"/>
    <w:rsid w:val="00EA677D"/>
    <w:rsid w:val="00EC2863"/>
    <w:rsid w:val="00ED1325"/>
    <w:rsid w:val="00ED5C9A"/>
    <w:rsid w:val="00ED5D99"/>
    <w:rsid w:val="00EE2E37"/>
    <w:rsid w:val="00F072D3"/>
    <w:rsid w:val="00F11AF7"/>
    <w:rsid w:val="00F22ADD"/>
    <w:rsid w:val="00F272E3"/>
    <w:rsid w:val="00F32D88"/>
    <w:rsid w:val="00F34F04"/>
    <w:rsid w:val="00F6234F"/>
    <w:rsid w:val="00F85298"/>
    <w:rsid w:val="00F951A0"/>
    <w:rsid w:val="00FA4276"/>
    <w:rsid w:val="00FA6C58"/>
    <w:rsid w:val="00FB2684"/>
    <w:rsid w:val="00FB76E2"/>
    <w:rsid w:val="00FC3F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9DC45B"/>
  <w14:defaultImageDpi w14:val="330"/>
  <w15:docId w15:val="{73A8DD93-7517-4887-9BCA-78EE3B48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16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Normal"/>
    <w:rsid w:val="00120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paragraph" w:styleId="NormalWeb">
    <w:name w:val="Normal (Web)"/>
    <w:basedOn w:val="Normal"/>
    <w:uiPriority w:val="99"/>
    <w:semiHidden/>
    <w:unhideWhenUsed/>
    <w:rsid w:val="00120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Manuel Herranz Martín</cp:lastModifiedBy>
  <cp:revision>2</cp:revision>
  <dcterms:created xsi:type="dcterms:W3CDTF">2026-10-22T11:18:00Z</dcterms:created>
  <dcterms:modified xsi:type="dcterms:W3CDTF">2026-10-22T11:18:00Z</dcterms:modified>
  <cp:category/>
</cp:coreProperties>
</file>