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0C880" w14:textId="77777777" w:rsidR="00FA4276" w:rsidRDefault="00FA4276" w:rsidP="00B8391E">
      <w:pPr>
        <w:spacing w:after="160" w:line="278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zh-CN"/>
        </w:rPr>
      </w:pPr>
    </w:p>
    <w:p w14:paraId="6D829FBE" w14:textId="77777777" w:rsidR="00A842A3" w:rsidRPr="00CE467A" w:rsidRDefault="00A842A3" w:rsidP="00A842A3">
      <w:pPr>
        <w:spacing w:after="60"/>
        <w:jc w:val="center"/>
        <w:rPr>
          <w:lang w:val="es-ES" w:eastAsia="zh-CN"/>
        </w:rPr>
      </w:pPr>
      <w:r w:rsidRPr="00CE467A">
        <w:rPr>
          <w:rFonts w:ascii="Noto Sans CJK SC" w:eastAsia="Noto Sans CJK SC" w:hAnsi="Noto Sans CJK SC"/>
          <w:b/>
          <w:sz w:val="32"/>
          <w:lang w:val="es-ES" w:eastAsia="zh-CN"/>
        </w:rPr>
        <w:t>认同与支持声明</w:t>
      </w:r>
    </w:p>
    <w:p w14:paraId="47373B54" w14:textId="77777777" w:rsidR="00A842A3" w:rsidRPr="00CE467A" w:rsidRDefault="00A842A3" w:rsidP="00A842A3">
      <w:pPr>
        <w:spacing w:after="40"/>
        <w:jc w:val="center"/>
        <w:rPr>
          <w:lang w:val="es-ES" w:eastAsia="zh-CN"/>
        </w:rPr>
      </w:pPr>
      <w:r w:rsidRPr="00CE467A">
        <w:rPr>
          <w:rFonts w:ascii="Noto Sans CJK SC" w:eastAsia="Noto Sans CJK SC" w:hAnsi="Noto Sans CJK SC"/>
          <w:sz w:val="24"/>
          <w:lang w:val="es-ES" w:eastAsia="zh-CN"/>
        </w:rPr>
        <w:t>关于召开世界和解、和平与裁军大会的倡议</w:t>
      </w:r>
    </w:p>
    <w:p w14:paraId="2CEBD05F" w14:textId="77777777" w:rsidR="00A842A3" w:rsidRPr="001938CA" w:rsidRDefault="00A842A3" w:rsidP="00A842A3">
      <w:pPr>
        <w:spacing w:after="40"/>
        <w:jc w:val="center"/>
        <w:rPr>
          <w:lang w:val="es-ES" w:eastAsia="zh-CN"/>
        </w:rPr>
      </w:pPr>
      <w:r w:rsidRPr="001938CA">
        <w:rPr>
          <w:rFonts w:ascii="Noto Sans CJK SC" w:eastAsia="Noto Sans CJK SC" w:hAnsi="Noto Sans CJK SC"/>
          <w:b/>
          <w:sz w:val="24"/>
          <w:lang w:val="es-ES" w:eastAsia="zh-CN"/>
        </w:rPr>
        <w:t>世界和解、和平与裁军大会</w:t>
      </w:r>
    </w:p>
    <w:p w14:paraId="6DA59198" w14:textId="77777777" w:rsidR="00A842A3" w:rsidRPr="001938CA" w:rsidRDefault="00A842A3" w:rsidP="00A842A3">
      <w:pPr>
        <w:spacing w:after="80"/>
        <w:jc w:val="center"/>
        <w:rPr>
          <w:lang w:val="es-ES" w:eastAsia="zh-CN"/>
        </w:rPr>
      </w:pPr>
      <w:r w:rsidRPr="001938CA">
        <w:rPr>
          <w:rFonts w:ascii="Noto Sans CJK SC" w:eastAsia="Noto Sans CJK SC" w:hAnsi="Noto Sans CJK SC"/>
          <w:sz w:val="24"/>
          <w:lang w:val="es-ES" w:eastAsia="zh-CN"/>
        </w:rPr>
        <w:t>2027年5月30日</w:t>
      </w:r>
    </w:p>
    <w:p w14:paraId="012BED31" w14:textId="12F42760" w:rsidR="00A842A3" w:rsidRPr="00B32507" w:rsidRDefault="00A842A3" w:rsidP="007F116F">
      <w:pPr>
        <w:spacing w:before="80" w:after="20"/>
        <w:jc w:val="center"/>
        <w:rPr>
          <w:lang w:val="es-ES" w:eastAsia="zh-CN"/>
        </w:rPr>
      </w:pPr>
      <w:r w:rsidRPr="001938CA">
        <w:rPr>
          <w:rFonts w:ascii="Noto Sans CJK SC" w:eastAsia="Noto Sans CJK SC" w:hAnsi="Noto Sans CJK SC"/>
          <w:sz w:val="20"/>
          <w:lang w:val="es-ES" w:eastAsia="zh-CN"/>
        </w:rPr>
        <w:t>— ❦ —</w:t>
      </w:r>
    </w:p>
    <w:p w14:paraId="2381C88E" w14:textId="53F71744" w:rsidR="00B8391E" w:rsidRPr="00A513C0" w:rsidRDefault="00B8391E" w:rsidP="00B8391E">
      <w:pPr>
        <w:spacing w:after="160" w:line="278" w:lineRule="auto"/>
        <w:jc w:val="center"/>
        <w:rPr>
          <w:rFonts w:eastAsia="Times New Roman" w:cs="Times New Roman"/>
          <w:lang w:val="es-ES" w:eastAsia="zh-CN"/>
        </w:rPr>
      </w:pPr>
      <w:r w:rsidRPr="00A513C0">
        <w:rPr>
          <w:rFonts w:ascii="Noto Sans CJK SC" w:eastAsia="Noto Sans CJK SC" w:hAnsi="Noto Sans CJK SC" w:cs="Times New Roman"/>
          <w:lang w:val="es-ES" w:eastAsia="zh-CN"/>
        </w:rPr>
        <w:t>以下签署的组织希望全人类能够和平、和睦地共同生活，并声明认同和支持于2027年5月30日召开世界和解、和平与裁军大会的倡议。</w:t>
      </w:r>
    </w:p>
    <w:p w14:paraId="31813387" w14:textId="32B7E1E5" w:rsidR="005068BF" w:rsidRPr="00A513C0" w:rsidRDefault="00991AD4" w:rsidP="00590C80">
      <w:pPr>
        <w:spacing w:after="160" w:line="278" w:lineRule="auto"/>
        <w:jc w:val="center"/>
        <w:rPr>
          <w:rFonts w:eastAsia="Times New Roman" w:cs="Times New Roman"/>
          <w:lang w:val="es-ES" w:eastAsia="zh-CN"/>
        </w:rPr>
      </w:pPr>
      <w:r>
        <w:rPr>
          <w:rFonts w:ascii="Noto Sans CJK SC" w:eastAsia="Noto Sans CJK SC" w:hAnsi="Noto Sans CJK SC" w:cs="Times New Roman"/>
          <w:lang w:val="es-ES" w:eastAsia="zh-CN"/>
        </w:rPr>
        <w:t>构成武器本质的伤害目的，阻碍了作为公正与人类共同生活本身之可能性的基础的互惠关系，因为它使各种意志相互对立，迫使每一种意志都武装自己，并解除其他意志的武装。</w:t>
      </w:r>
    </w:p>
    <w:p w14:paraId="55D1B29C" w14:textId="3100B4FE" w:rsidR="00A513C0" w:rsidRDefault="007F1E6A">
      <w:pPr>
        <w:spacing w:before="80" w:after="20"/>
        <w:jc w:val="center"/>
        <w:rPr>
          <w:rFonts w:eastAsia="Times New Roman" w:cs="Times New Roman"/>
          <w:lang w:val="es-ES" w:eastAsia="zh-CN"/>
        </w:rPr>
      </w:pPr>
      <w:r>
        <w:rPr>
          <w:rFonts w:ascii="Noto Sans CJK SC" w:eastAsia="Noto Sans CJK SC" w:hAnsi="Noto Sans CJK SC" w:cs="Times New Roman"/>
          <w:lang w:val="es-ES" w:eastAsia="zh-CN"/>
        </w:rPr>
        <w:t>和解的基础，以及通往人类和平与和睦的道路，是通过自由而普遍的协议实现裁军。这开启了我们的合作，并使我们的意志和资源重新面向共同利益。</w:t>
      </w:r>
    </w:p>
    <w:p w14:paraId="0D522901" w14:textId="25475A40" w:rsidR="00991AD4" w:rsidRPr="00A513C0" w:rsidRDefault="00662B54">
      <w:pPr>
        <w:spacing w:before="80" w:after="20"/>
        <w:jc w:val="center"/>
        <w:rPr>
          <w:rFonts w:eastAsia="Times New Roman" w:cs="Times New Roman"/>
          <w:lang w:val="es-ES" w:eastAsia="zh-CN"/>
        </w:rPr>
      </w:pPr>
      <w:r w:rsidRPr="00662B54">
        <w:rPr>
          <w:rFonts w:ascii="Noto Sans CJK SC" w:eastAsia="Noto Sans CJK SC" w:hAnsi="Noto Sans CJK SC" w:cs="Times New Roman"/>
          <w:lang w:val="es-ES" w:eastAsia="zh-CN"/>
        </w:rPr>
        <w:t>因此，为使大会能够举行，我们请求在全世界范围内暂停使用和发展武器，因为追求和平与追求伤害他人是矛盾而荒谬的。</w:t>
      </w:r>
    </w:p>
    <w:p w14:paraId="3EE2D497" w14:textId="77777777" w:rsidR="007F116F" w:rsidRPr="00B32507" w:rsidRDefault="007F116F" w:rsidP="007F116F">
      <w:pPr>
        <w:spacing w:before="80" w:after="20"/>
        <w:jc w:val="center"/>
        <w:rPr>
          <w:lang w:val="es-ES" w:eastAsia="zh-CN"/>
        </w:rPr>
      </w:pPr>
      <w:r w:rsidRPr="001938CA">
        <w:rPr>
          <w:rFonts w:ascii="Noto Sans CJK SC" w:eastAsia="Noto Sans CJK SC" w:hAnsi="Noto Sans CJK SC"/>
          <w:sz w:val="20"/>
          <w:lang w:val="es-ES" w:eastAsia="zh-CN"/>
        </w:rPr>
        <w:t>— ❦ —</w:t>
      </w:r>
    </w:p>
    <w:p w14:paraId="6CDDCE6C" w14:textId="019D4154" w:rsidR="00C73E11" w:rsidRPr="001938CA" w:rsidRDefault="00C73E11" w:rsidP="009B5D8D">
      <w:pPr>
        <w:spacing w:after="120"/>
        <w:rPr>
          <w:lang w:val="es-ES" w:eastAsia="zh-CN"/>
        </w:rPr>
      </w:pPr>
    </w:p>
    <w:p w14:paraId="144505F7" w14:textId="3A5707E9" w:rsidR="00C73E11" w:rsidRPr="00CE467A" w:rsidRDefault="00E45908">
      <w:pPr>
        <w:ind w:left="680" w:right="680"/>
        <w:rPr>
          <w:lang w:val="es-ES" w:eastAsia="zh-CN"/>
        </w:rPr>
      </w:pPr>
      <w:r w:rsidRPr="00CE467A">
        <w:rPr>
          <w:rFonts w:ascii="Noto Sans CJK SC" w:eastAsia="Noto Sans CJK SC" w:hAnsi="Noto Sans CJK SC"/>
          <w:b/>
          <w:lang w:val="es-ES" w:eastAsia="zh-CN"/>
        </w:rPr>
        <w:t>组织名称：</w:t>
      </w:r>
    </w:p>
    <w:p w14:paraId="37028A9B" w14:textId="77777777" w:rsidR="00C73E11" w:rsidRPr="001938CA" w:rsidRDefault="00E45908">
      <w:pPr>
        <w:spacing w:after="100"/>
        <w:ind w:left="680" w:right="680"/>
        <w:rPr>
          <w:lang w:val="es-ES" w:eastAsia="zh-CN"/>
        </w:rPr>
      </w:pPr>
      <w:r w:rsidRPr="001938CA">
        <w:rPr>
          <w:sz w:val="21"/>
          <w:lang w:val="es-ES" w:eastAsia="zh-CN"/>
        </w:rPr>
        <w:t>........................................................................................................................</w:t>
      </w:r>
    </w:p>
    <w:p w14:paraId="778C26C9" w14:textId="3A75B553" w:rsidR="00C73E11" w:rsidRPr="001938CA" w:rsidRDefault="00E45908">
      <w:pPr>
        <w:spacing w:after="180"/>
        <w:jc w:val="center"/>
        <w:rPr>
          <w:lang w:val="es-ES" w:eastAsia="zh-CN"/>
        </w:rPr>
      </w:pPr>
      <w:r w:rsidRPr="001938CA">
        <w:rPr>
          <w:rFonts w:ascii="Noto Sans CJK SC" w:eastAsia="Noto Sans CJK SC" w:hAnsi="Noto Sans CJK SC"/>
          <w:b/>
          <w:lang w:val="es-ES" w:eastAsia="zh-CN"/>
        </w:rPr>
        <w:t>认同并支持上述倡议</w:t>
      </w:r>
    </w:p>
    <w:p w14:paraId="56B8DBFD" w14:textId="37D737A8" w:rsidR="00C73E11" w:rsidRPr="00CE467A" w:rsidRDefault="00E45908">
      <w:pPr>
        <w:ind w:left="680" w:right="680"/>
        <w:rPr>
          <w:lang w:val="es-ES" w:eastAsia="zh-CN"/>
        </w:rPr>
      </w:pPr>
      <w:r w:rsidRPr="00CE467A">
        <w:rPr>
          <w:rFonts w:ascii="Noto Sans CJK SC" w:eastAsia="Noto Sans CJK SC" w:hAnsi="Noto Sans CJK SC"/>
          <w:b/>
          <w:lang w:val="es-ES" w:eastAsia="zh-CN"/>
        </w:rPr>
        <w:t>签署人姓名及职务：</w:t>
      </w:r>
    </w:p>
    <w:p w14:paraId="0CDC5334" w14:textId="77777777" w:rsidR="00C73E11" w:rsidRPr="001938CA" w:rsidRDefault="00E45908">
      <w:pPr>
        <w:spacing w:after="100"/>
        <w:ind w:left="680" w:right="680"/>
        <w:rPr>
          <w:lang w:val="es-ES" w:eastAsia="zh-CN"/>
        </w:rPr>
      </w:pPr>
      <w:r w:rsidRPr="001938CA">
        <w:rPr>
          <w:sz w:val="20"/>
          <w:lang w:val="es-ES" w:eastAsia="zh-CN"/>
        </w:rPr>
        <w:t>........................................................................................................................</w:t>
      </w:r>
    </w:p>
    <w:p w14:paraId="7B70A0A5" w14:textId="567F02D8" w:rsidR="00C73E11" w:rsidRPr="00CE467A" w:rsidRDefault="00E45908">
      <w:pPr>
        <w:ind w:left="680" w:right="680"/>
        <w:rPr>
          <w:lang w:val="es-ES" w:eastAsia="zh-CN"/>
        </w:rPr>
      </w:pPr>
      <w:r w:rsidRPr="00CE467A">
        <w:rPr>
          <w:rFonts w:ascii="Noto Sans CJK SC" w:eastAsia="Noto Sans CJK SC" w:hAnsi="Noto Sans CJK SC"/>
          <w:b/>
          <w:lang w:val="es-ES" w:eastAsia="zh-CN"/>
        </w:rPr>
        <w:t>地点及日期：</w:t>
      </w:r>
    </w:p>
    <w:p w14:paraId="2ACFC0F8" w14:textId="77777777" w:rsidR="00C73E11" w:rsidRPr="001938CA" w:rsidRDefault="00E45908">
      <w:pPr>
        <w:spacing w:after="100"/>
        <w:ind w:left="680" w:right="680"/>
        <w:rPr>
          <w:lang w:val="es-ES" w:eastAsia="zh-CN"/>
        </w:rPr>
      </w:pPr>
      <w:r w:rsidRPr="001938CA">
        <w:rPr>
          <w:sz w:val="20"/>
          <w:lang w:val="es-ES" w:eastAsia="zh-CN"/>
        </w:rPr>
        <w:t>........................................................................................................................</w:t>
      </w:r>
    </w:p>
    <w:p w14:paraId="791C8DFC" w14:textId="52503F72" w:rsidR="00FA4276" w:rsidRDefault="00E45908" w:rsidP="007F69C7">
      <w:pPr>
        <w:ind w:left="680"/>
        <w:rPr>
          <w:lang w:val="es-ES" w:eastAsia="zh-CN"/>
        </w:rPr>
      </w:pPr>
      <w:r w:rsidRPr="00FA6C58">
        <w:rPr>
          <w:rFonts w:ascii="Noto Sans CJK SC" w:eastAsia="Noto Sans CJK SC" w:hAnsi="Noto Sans CJK SC"/>
          <w:b/>
          <w:lang w:val="es-ES" w:eastAsia="zh-CN"/>
        </w:rPr>
        <w:t>签名：</w:t>
      </w:r>
    </w:p>
    <w:p w14:paraId="6449A0E9" w14:textId="77777777" w:rsidR="00FA4276" w:rsidRDefault="00FA4276">
      <w:pPr>
        <w:spacing w:after="160"/>
        <w:rPr>
          <w:lang w:val="es-ES" w:eastAsia="zh-CN"/>
        </w:rPr>
      </w:pPr>
    </w:p>
    <w:p w14:paraId="56262D6E" w14:textId="77777777" w:rsidR="00910757" w:rsidRDefault="00910757">
      <w:pPr>
        <w:spacing w:after="160"/>
        <w:rPr>
          <w:lang w:val="es-ES"/>
        </w:rPr>
      </w:pPr>
    </w:p>
    <w:p w14:paraId="35C91E77" w14:textId="77777777" w:rsidR="00910757" w:rsidRPr="001938CA" w:rsidRDefault="00910757">
      <w:pPr>
        <w:spacing w:after="160"/>
        <w:rPr>
          <w:lang w:val="es-ES" w:eastAsia="zh-CN"/>
        </w:rPr>
      </w:pPr>
    </w:p>
    <w:p w14:paraId="31458C3C" w14:textId="77777777" w:rsidR="00C73E11" w:rsidRPr="001938CA" w:rsidRDefault="00E45908">
      <w:pPr>
        <w:ind w:left="510" w:right="510"/>
        <w:jc w:val="both"/>
        <w:rPr>
          <w:lang w:val="es-ES" w:eastAsia="zh-CN"/>
        </w:rPr>
      </w:pPr>
      <w:r w:rsidRPr="001938CA">
        <w:rPr>
          <w:rFonts w:ascii="Noto Sans CJK SC" w:eastAsia="Noto Sans CJK SC" w:hAnsi="Noto Sans CJK SC"/>
          <w:i/>
          <w:sz w:val="16"/>
          <w:lang w:val="es-ES" w:eastAsia="zh-CN"/>
        </w:rPr>
        <w:t>本声明是推动于2027年5月30日召开世界和解、和平与裁军大会的倡议的一部分。签署后，请将本声明发送至 info@human-unity.org，以汇集各组织的正式支持声明，随同向各国及联合国提交的倡议一并呈送。</w:t>
      </w:r>
    </w:p>
    <w:p w14:paraId="5421ADDE" w14:textId="77777777" w:rsidR="00C73E11" w:rsidRDefault="00E45908">
      <w:pPr>
        <w:spacing w:after="20"/>
        <w:jc w:val="center"/>
      </w:pPr>
      <w:r>
        <w:rPr>
          <w:sz w:val="16"/>
        </w:rPr>
        <w:t>────────────   www.human-unity.org   ────────────</w:t>
      </w:r>
    </w:p>
    <w:sectPr w:rsidR="00C73E11" w:rsidSect="00034616">
      <w:pgSz w:w="12240" w:h="15840"/>
      <w:pgMar w:top="964" w:right="1191" w:bottom="850" w:left="1191" w:header="720" w:footer="720" w:gutter="0"/>
      <w:pgBorders w:offsetFrom="page">
        <w:top w:val="double" w:sz="8" w:space="18" w:color="777777"/>
        <w:left w:val="double" w:sz="8" w:space="18" w:color="777777"/>
        <w:bottom w:val="double" w:sz="8" w:space="18" w:color="777777"/>
        <w:right w:val="double" w:sz="8" w:space="18" w:color="777777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Noto Sans CJK SC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3136070">
    <w:abstractNumId w:val="8"/>
  </w:num>
  <w:num w:numId="2" w16cid:durableId="1666516119">
    <w:abstractNumId w:val="6"/>
  </w:num>
  <w:num w:numId="3" w16cid:durableId="454300639">
    <w:abstractNumId w:val="5"/>
  </w:num>
  <w:num w:numId="4" w16cid:durableId="976451061">
    <w:abstractNumId w:val="4"/>
  </w:num>
  <w:num w:numId="5" w16cid:durableId="311642741">
    <w:abstractNumId w:val="7"/>
  </w:num>
  <w:num w:numId="6" w16cid:durableId="532691091">
    <w:abstractNumId w:val="3"/>
  </w:num>
  <w:num w:numId="7" w16cid:durableId="248201021">
    <w:abstractNumId w:val="2"/>
  </w:num>
  <w:num w:numId="8" w16cid:durableId="813722907">
    <w:abstractNumId w:val="1"/>
  </w:num>
  <w:num w:numId="9" w16cid:durableId="621303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523"/>
    <w:rsid w:val="00017531"/>
    <w:rsid w:val="00034616"/>
    <w:rsid w:val="000441B9"/>
    <w:rsid w:val="000469D6"/>
    <w:rsid w:val="0005098B"/>
    <w:rsid w:val="00051676"/>
    <w:rsid w:val="00051B25"/>
    <w:rsid w:val="0006063C"/>
    <w:rsid w:val="000A6ED6"/>
    <w:rsid w:val="000B1F9E"/>
    <w:rsid w:val="000C6C3C"/>
    <w:rsid w:val="000D0EBE"/>
    <w:rsid w:val="000D6934"/>
    <w:rsid w:val="00120496"/>
    <w:rsid w:val="001255B4"/>
    <w:rsid w:val="0015074B"/>
    <w:rsid w:val="00177984"/>
    <w:rsid w:val="001938CA"/>
    <w:rsid w:val="001A06EA"/>
    <w:rsid w:val="001A1087"/>
    <w:rsid w:val="001A484A"/>
    <w:rsid w:val="001B078D"/>
    <w:rsid w:val="001D4C6E"/>
    <w:rsid w:val="001E54E7"/>
    <w:rsid w:val="00207405"/>
    <w:rsid w:val="00217682"/>
    <w:rsid w:val="00230A52"/>
    <w:rsid w:val="00253979"/>
    <w:rsid w:val="00257B07"/>
    <w:rsid w:val="00283ECB"/>
    <w:rsid w:val="0029639D"/>
    <w:rsid w:val="00296EA8"/>
    <w:rsid w:val="002A30AB"/>
    <w:rsid w:val="002F3C2C"/>
    <w:rsid w:val="002F4CDA"/>
    <w:rsid w:val="002F60DE"/>
    <w:rsid w:val="00326F90"/>
    <w:rsid w:val="003745CE"/>
    <w:rsid w:val="00377FC5"/>
    <w:rsid w:val="00413B08"/>
    <w:rsid w:val="00450D6B"/>
    <w:rsid w:val="004631C4"/>
    <w:rsid w:val="00465A67"/>
    <w:rsid w:val="00486DF3"/>
    <w:rsid w:val="00486E6C"/>
    <w:rsid w:val="00497BEB"/>
    <w:rsid w:val="004C0627"/>
    <w:rsid w:val="004E6381"/>
    <w:rsid w:val="004F5D62"/>
    <w:rsid w:val="005068BF"/>
    <w:rsid w:val="00513C6A"/>
    <w:rsid w:val="00520A56"/>
    <w:rsid w:val="00544D8A"/>
    <w:rsid w:val="00550430"/>
    <w:rsid w:val="005663F5"/>
    <w:rsid w:val="00590C80"/>
    <w:rsid w:val="005D0F48"/>
    <w:rsid w:val="005F2380"/>
    <w:rsid w:val="00606BDB"/>
    <w:rsid w:val="00617EE3"/>
    <w:rsid w:val="00662B54"/>
    <w:rsid w:val="00690B88"/>
    <w:rsid w:val="006925AB"/>
    <w:rsid w:val="006A5BF4"/>
    <w:rsid w:val="006B27A8"/>
    <w:rsid w:val="007167B5"/>
    <w:rsid w:val="00754B24"/>
    <w:rsid w:val="007552A6"/>
    <w:rsid w:val="0076324B"/>
    <w:rsid w:val="00763D74"/>
    <w:rsid w:val="00766833"/>
    <w:rsid w:val="00787608"/>
    <w:rsid w:val="007A0061"/>
    <w:rsid w:val="007A0563"/>
    <w:rsid w:val="007B62DE"/>
    <w:rsid w:val="007C70C6"/>
    <w:rsid w:val="007F116F"/>
    <w:rsid w:val="007F1E6A"/>
    <w:rsid w:val="007F69C7"/>
    <w:rsid w:val="008045D6"/>
    <w:rsid w:val="008203E2"/>
    <w:rsid w:val="00855B1C"/>
    <w:rsid w:val="008646DC"/>
    <w:rsid w:val="008679CB"/>
    <w:rsid w:val="00887DFC"/>
    <w:rsid w:val="00893DFD"/>
    <w:rsid w:val="00895E5A"/>
    <w:rsid w:val="008A3999"/>
    <w:rsid w:val="008F7D43"/>
    <w:rsid w:val="00901210"/>
    <w:rsid w:val="00910757"/>
    <w:rsid w:val="00954C2F"/>
    <w:rsid w:val="00960E78"/>
    <w:rsid w:val="0096306C"/>
    <w:rsid w:val="00964442"/>
    <w:rsid w:val="00964CD9"/>
    <w:rsid w:val="00971CE0"/>
    <w:rsid w:val="00972849"/>
    <w:rsid w:val="009741A5"/>
    <w:rsid w:val="00982E86"/>
    <w:rsid w:val="00991AD4"/>
    <w:rsid w:val="009972AA"/>
    <w:rsid w:val="009B1423"/>
    <w:rsid w:val="009B5D8D"/>
    <w:rsid w:val="009D3B65"/>
    <w:rsid w:val="00A34DA7"/>
    <w:rsid w:val="00A40F8A"/>
    <w:rsid w:val="00A428B0"/>
    <w:rsid w:val="00A513C0"/>
    <w:rsid w:val="00A55850"/>
    <w:rsid w:val="00A62219"/>
    <w:rsid w:val="00A7120B"/>
    <w:rsid w:val="00A729FD"/>
    <w:rsid w:val="00A8192A"/>
    <w:rsid w:val="00A842A3"/>
    <w:rsid w:val="00A9085B"/>
    <w:rsid w:val="00A9790C"/>
    <w:rsid w:val="00AA1D8D"/>
    <w:rsid w:val="00AA4BA8"/>
    <w:rsid w:val="00AA574C"/>
    <w:rsid w:val="00AE1C5E"/>
    <w:rsid w:val="00AE5172"/>
    <w:rsid w:val="00AE6333"/>
    <w:rsid w:val="00AF6F5F"/>
    <w:rsid w:val="00B2741C"/>
    <w:rsid w:val="00B32507"/>
    <w:rsid w:val="00B45572"/>
    <w:rsid w:val="00B47730"/>
    <w:rsid w:val="00B8391E"/>
    <w:rsid w:val="00B97EE4"/>
    <w:rsid w:val="00BE1398"/>
    <w:rsid w:val="00BE2C4D"/>
    <w:rsid w:val="00BF0F99"/>
    <w:rsid w:val="00C142CB"/>
    <w:rsid w:val="00C25773"/>
    <w:rsid w:val="00C360DD"/>
    <w:rsid w:val="00C3699E"/>
    <w:rsid w:val="00C51597"/>
    <w:rsid w:val="00C62A82"/>
    <w:rsid w:val="00C73E11"/>
    <w:rsid w:val="00CB0664"/>
    <w:rsid w:val="00CE467A"/>
    <w:rsid w:val="00CF774F"/>
    <w:rsid w:val="00D07B92"/>
    <w:rsid w:val="00D163C5"/>
    <w:rsid w:val="00D20E8C"/>
    <w:rsid w:val="00D27EC0"/>
    <w:rsid w:val="00D73D13"/>
    <w:rsid w:val="00D7647E"/>
    <w:rsid w:val="00DB3564"/>
    <w:rsid w:val="00DB45C4"/>
    <w:rsid w:val="00DB7821"/>
    <w:rsid w:val="00DD2943"/>
    <w:rsid w:val="00DD5001"/>
    <w:rsid w:val="00DE21B1"/>
    <w:rsid w:val="00DE601F"/>
    <w:rsid w:val="00DE7B08"/>
    <w:rsid w:val="00E11422"/>
    <w:rsid w:val="00E2626A"/>
    <w:rsid w:val="00E408CE"/>
    <w:rsid w:val="00E43C83"/>
    <w:rsid w:val="00E45908"/>
    <w:rsid w:val="00E50950"/>
    <w:rsid w:val="00E60E26"/>
    <w:rsid w:val="00E80D65"/>
    <w:rsid w:val="00E95238"/>
    <w:rsid w:val="00EA50BF"/>
    <w:rsid w:val="00EA526C"/>
    <w:rsid w:val="00EA677D"/>
    <w:rsid w:val="00EC2863"/>
    <w:rsid w:val="00ED1325"/>
    <w:rsid w:val="00ED5C9A"/>
    <w:rsid w:val="00ED5D99"/>
    <w:rsid w:val="00EE2E37"/>
    <w:rsid w:val="00F072D3"/>
    <w:rsid w:val="00F11AF7"/>
    <w:rsid w:val="00F22ADD"/>
    <w:rsid w:val="00F272E3"/>
    <w:rsid w:val="00F32D88"/>
    <w:rsid w:val="00F34F04"/>
    <w:rsid w:val="00F6234F"/>
    <w:rsid w:val="00F85298"/>
    <w:rsid w:val="00F951A0"/>
    <w:rsid w:val="00FA4276"/>
    <w:rsid w:val="00FA6C58"/>
    <w:rsid w:val="00FB2684"/>
    <w:rsid w:val="00FB76E2"/>
    <w:rsid w:val="00FC3F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9DC45B"/>
  <w14:defaultImageDpi w14:val="330"/>
  <w15:docId w15:val="{73A8DD93-7517-4887-9BCA-78EE3B489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16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selectedend">
    <w:name w:val="isselectedend"/>
    <w:basedOn w:val="Normal"/>
    <w:rsid w:val="00120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zh-CN"/>
    </w:rPr>
  </w:style>
  <w:style w:type="paragraph" w:styleId="NormalWeb">
    <w:name w:val="Normal (Web)"/>
    <w:basedOn w:val="Normal"/>
    <w:uiPriority w:val="99"/>
    <w:semiHidden/>
    <w:unhideWhenUsed/>
    <w:rsid w:val="00120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Manuel Herranz Martín</cp:lastModifiedBy>
  <cp:revision>2</cp:revision>
  <dcterms:created xsi:type="dcterms:W3CDTF">2026-11-03T09:17:00Z</dcterms:created>
  <dcterms:modified xsi:type="dcterms:W3CDTF">2026-11-03T09:17:00Z</dcterms:modified>
  <cp:category/>
</cp:coreProperties>
</file>